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8747FD" w14:textId="77777777" w:rsidR="00712D60" w:rsidRPr="009268B6" w:rsidRDefault="005E2FD8">
      <w:pPr>
        <w:spacing w:after="480"/>
        <w:jc w:val="center"/>
        <w:rPr>
          <w:color w:val="auto"/>
          <w:lang w:eastAsia="ko-KR"/>
        </w:rPr>
      </w:pPr>
      <w:r w:rsidRPr="009268B6">
        <w:rPr>
          <w:b/>
          <w:color w:val="auto"/>
          <w:sz w:val="44"/>
          <w:lang w:eastAsia="ko-KR"/>
        </w:rPr>
        <w:t>논문</w:t>
      </w:r>
      <w:r w:rsidRPr="009268B6">
        <w:rPr>
          <w:b/>
          <w:color w:val="auto"/>
          <w:sz w:val="44"/>
          <w:lang w:eastAsia="ko-KR"/>
        </w:rPr>
        <w:t xml:space="preserve"> </w:t>
      </w:r>
      <w:r w:rsidRPr="009268B6">
        <w:rPr>
          <w:b/>
          <w:color w:val="auto"/>
          <w:sz w:val="44"/>
          <w:lang w:eastAsia="ko-KR"/>
        </w:rPr>
        <w:t>심사</w:t>
      </w:r>
      <w:r w:rsidRPr="009268B6">
        <w:rPr>
          <w:b/>
          <w:color w:val="auto"/>
          <w:sz w:val="44"/>
          <w:lang w:eastAsia="ko-KR"/>
        </w:rPr>
        <w:t xml:space="preserve"> </w:t>
      </w:r>
      <w:r w:rsidRPr="009268B6">
        <w:rPr>
          <w:b/>
          <w:color w:val="auto"/>
          <w:sz w:val="44"/>
          <w:lang w:eastAsia="ko-KR"/>
        </w:rPr>
        <w:t>결과</w:t>
      </w:r>
      <w:r w:rsidRPr="009268B6">
        <w:rPr>
          <w:b/>
          <w:color w:val="auto"/>
          <w:sz w:val="44"/>
          <w:lang w:eastAsia="ko-KR"/>
        </w:rPr>
        <w:t xml:space="preserve"> </w:t>
      </w:r>
      <w:r w:rsidRPr="009268B6">
        <w:rPr>
          <w:b/>
          <w:color w:val="auto"/>
          <w:sz w:val="44"/>
          <w:lang w:eastAsia="ko-KR"/>
        </w:rPr>
        <w:t>이의</w:t>
      </w:r>
      <w:r w:rsidRPr="009268B6">
        <w:rPr>
          <w:b/>
          <w:color w:val="auto"/>
          <w:sz w:val="44"/>
          <w:lang w:eastAsia="ko-KR"/>
        </w:rPr>
        <w:t xml:space="preserve"> </w:t>
      </w:r>
      <w:r w:rsidRPr="009268B6">
        <w:rPr>
          <w:b/>
          <w:color w:val="auto"/>
          <w:sz w:val="44"/>
          <w:lang w:eastAsia="ko-KR"/>
        </w:rPr>
        <w:t>신청서</w:t>
      </w:r>
    </w:p>
    <w:p w14:paraId="23E182EA" w14:textId="77777777" w:rsidR="00712D60" w:rsidRPr="009268B6" w:rsidRDefault="005E2FD8">
      <w:pPr>
        <w:keepNext/>
        <w:spacing w:before="320" w:after="160"/>
        <w:rPr>
          <w:color w:val="auto"/>
        </w:rPr>
      </w:pPr>
      <w:r w:rsidRPr="009268B6">
        <w:rPr>
          <w:b/>
          <w:color w:val="auto"/>
          <w:sz w:val="26"/>
        </w:rPr>
        <w:t xml:space="preserve">1. </w:t>
      </w:r>
      <w:proofErr w:type="spellStart"/>
      <w:r w:rsidRPr="009268B6">
        <w:rPr>
          <w:b/>
          <w:color w:val="auto"/>
          <w:sz w:val="26"/>
        </w:rPr>
        <w:t>투고</w:t>
      </w:r>
      <w:proofErr w:type="spellEnd"/>
      <w:r w:rsidRPr="009268B6">
        <w:rPr>
          <w:b/>
          <w:color w:val="auto"/>
          <w:sz w:val="26"/>
        </w:rPr>
        <w:t xml:space="preserve"> </w:t>
      </w:r>
      <w:r w:rsidRPr="009268B6">
        <w:rPr>
          <w:b/>
          <w:color w:val="auto"/>
          <w:sz w:val="26"/>
        </w:rPr>
        <w:t>및</w:t>
      </w:r>
      <w:r w:rsidRPr="009268B6">
        <w:rPr>
          <w:b/>
          <w:color w:val="auto"/>
          <w:sz w:val="26"/>
        </w:rPr>
        <w:t xml:space="preserve"> </w:t>
      </w:r>
      <w:proofErr w:type="spellStart"/>
      <w:r w:rsidRPr="009268B6">
        <w:rPr>
          <w:b/>
          <w:color w:val="auto"/>
          <w:sz w:val="26"/>
        </w:rPr>
        <w:t>심사</w:t>
      </w:r>
      <w:proofErr w:type="spellEnd"/>
      <w:r w:rsidRPr="009268B6">
        <w:rPr>
          <w:b/>
          <w:color w:val="auto"/>
          <w:sz w:val="26"/>
        </w:rPr>
        <w:t xml:space="preserve"> </w:t>
      </w:r>
      <w:proofErr w:type="spellStart"/>
      <w:r w:rsidRPr="009268B6">
        <w:rPr>
          <w:b/>
          <w:color w:val="auto"/>
          <w:sz w:val="26"/>
        </w:rPr>
        <w:t>기본</w:t>
      </w:r>
      <w:proofErr w:type="spellEnd"/>
      <w:r w:rsidRPr="009268B6">
        <w:rPr>
          <w:b/>
          <w:color w:val="auto"/>
          <w:sz w:val="26"/>
        </w:rPr>
        <w:t xml:space="preserve"> </w:t>
      </w:r>
      <w:r w:rsidRPr="009268B6">
        <w:rPr>
          <w:b/>
          <w:color w:val="auto"/>
          <w:sz w:val="26"/>
        </w:rPr>
        <w:t>정보</w:t>
      </w:r>
    </w:p>
    <w:tbl>
      <w:tblPr>
        <w:tblW w:w="0" w:type="auto"/>
        <w:jc w:val="center"/>
        <w:tblBorders>
          <w:top w:val="single" w:sz="6" w:space="0" w:color="B0C4DE"/>
          <w:bottom w:val="single" w:sz="6" w:space="0" w:color="B0C4DE"/>
          <w:insideH w:val="single" w:sz="6" w:space="0" w:color="B0C4DE"/>
        </w:tblBorders>
        <w:tblLayout w:type="fixed"/>
        <w:tblLook w:val="04A0" w:firstRow="1" w:lastRow="0" w:firstColumn="1" w:lastColumn="0" w:noHBand="0" w:noVBand="1"/>
      </w:tblPr>
      <w:tblGrid>
        <w:gridCol w:w="2592"/>
        <w:gridCol w:w="6768"/>
      </w:tblGrid>
      <w:tr w:rsidR="009268B6" w:rsidRPr="009268B6" w14:paraId="60418550" w14:textId="77777777">
        <w:trPr>
          <w:jc w:val="center"/>
        </w:trPr>
        <w:tc>
          <w:tcPr>
            <w:tcW w:w="2592" w:type="dxa"/>
            <w:shd w:val="clear" w:color="auto" w:fill="F0F4F8"/>
          </w:tcPr>
          <w:p w14:paraId="1D6801DC" w14:textId="77777777" w:rsidR="00712D60" w:rsidRPr="009268B6" w:rsidRDefault="005E2FD8">
            <w:pPr>
              <w:spacing w:before="80" w:after="80"/>
              <w:rPr>
                <w:color w:val="auto"/>
              </w:rPr>
            </w:pPr>
            <w:r w:rsidRPr="009268B6">
              <w:rPr>
                <w:b/>
                <w:color w:val="auto"/>
                <w:sz w:val="19"/>
              </w:rPr>
              <w:t>논문</w:t>
            </w:r>
            <w:r w:rsidRPr="009268B6">
              <w:rPr>
                <w:b/>
                <w:color w:val="auto"/>
                <w:sz w:val="19"/>
              </w:rPr>
              <w:t xml:space="preserve"> </w:t>
            </w:r>
            <w:r w:rsidRPr="009268B6">
              <w:rPr>
                <w:b/>
                <w:color w:val="auto"/>
                <w:sz w:val="19"/>
              </w:rPr>
              <w:t>접수번호</w:t>
            </w:r>
          </w:p>
        </w:tc>
        <w:tc>
          <w:tcPr>
            <w:tcW w:w="6768" w:type="dxa"/>
          </w:tcPr>
          <w:p w14:paraId="3A1C06E6" w14:textId="77777777" w:rsidR="00712D60" w:rsidRPr="009268B6" w:rsidRDefault="005E2FD8">
            <w:pPr>
              <w:spacing w:before="80" w:after="80"/>
              <w:rPr>
                <w:color w:val="auto"/>
              </w:rPr>
            </w:pPr>
            <w:r w:rsidRPr="009268B6">
              <w:rPr>
                <w:color w:val="auto"/>
                <w:sz w:val="19"/>
              </w:rPr>
              <w:t>KJC-2026-0000</w:t>
            </w:r>
          </w:p>
        </w:tc>
      </w:tr>
      <w:tr w:rsidR="009268B6" w:rsidRPr="009268B6" w14:paraId="23C76098" w14:textId="77777777">
        <w:trPr>
          <w:jc w:val="center"/>
        </w:trPr>
        <w:tc>
          <w:tcPr>
            <w:tcW w:w="2592" w:type="dxa"/>
            <w:shd w:val="clear" w:color="auto" w:fill="F0F4F8"/>
          </w:tcPr>
          <w:p w14:paraId="4CA42D25" w14:textId="77777777" w:rsidR="00712D60" w:rsidRPr="009268B6" w:rsidRDefault="005E2FD8">
            <w:pPr>
              <w:spacing w:before="80" w:after="80"/>
              <w:rPr>
                <w:color w:val="auto"/>
              </w:rPr>
            </w:pPr>
            <w:proofErr w:type="spellStart"/>
            <w:r w:rsidRPr="009268B6">
              <w:rPr>
                <w:b/>
                <w:color w:val="auto"/>
                <w:sz w:val="19"/>
              </w:rPr>
              <w:t>논문</w:t>
            </w:r>
            <w:proofErr w:type="spellEnd"/>
            <w:r w:rsidRPr="009268B6">
              <w:rPr>
                <w:b/>
                <w:color w:val="auto"/>
                <w:sz w:val="19"/>
              </w:rPr>
              <w:t xml:space="preserve"> </w:t>
            </w:r>
            <w:proofErr w:type="spellStart"/>
            <w:r w:rsidRPr="009268B6">
              <w:rPr>
                <w:b/>
                <w:color w:val="auto"/>
                <w:sz w:val="19"/>
              </w:rPr>
              <w:t>제목</w:t>
            </w:r>
            <w:proofErr w:type="spellEnd"/>
            <w:r w:rsidRPr="009268B6">
              <w:rPr>
                <w:b/>
                <w:color w:val="auto"/>
                <w:sz w:val="19"/>
              </w:rPr>
              <w:t xml:space="preserve"> (</w:t>
            </w:r>
            <w:proofErr w:type="spellStart"/>
            <w:r w:rsidRPr="009268B6">
              <w:rPr>
                <w:b/>
                <w:color w:val="auto"/>
                <w:sz w:val="19"/>
              </w:rPr>
              <w:t>국문</w:t>
            </w:r>
            <w:proofErr w:type="spellEnd"/>
            <w:r w:rsidRPr="009268B6">
              <w:rPr>
                <w:b/>
                <w:color w:val="auto"/>
                <w:sz w:val="19"/>
              </w:rPr>
              <w:t>)</w:t>
            </w:r>
          </w:p>
        </w:tc>
        <w:tc>
          <w:tcPr>
            <w:tcW w:w="6768" w:type="dxa"/>
          </w:tcPr>
          <w:p w14:paraId="5164D189" w14:textId="77777777" w:rsidR="00712D60" w:rsidRPr="009268B6" w:rsidRDefault="005E2FD8">
            <w:pPr>
              <w:spacing w:before="80" w:after="80"/>
              <w:rPr>
                <w:color w:val="auto"/>
                <w:lang w:eastAsia="ko-KR"/>
              </w:rPr>
            </w:pPr>
            <w:r w:rsidRPr="009268B6">
              <w:rPr>
                <w:color w:val="auto"/>
                <w:sz w:val="19"/>
                <w:lang w:eastAsia="ko-KR"/>
              </w:rPr>
              <w:t>디지털</w:t>
            </w:r>
            <w:r w:rsidRPr="009268B6">
              <w:rPr>
                <w:color w:val="auto"/>
                <w:sz w:val="19"/>
                <w:lang w:eastAsia="ko-KR"/>
              </w:rPr>
              <w:t xml:space="preserve"> </w:t>
            </w:r>
            <w:r w:rsidRPr="009268B6">
              <w:rPr>
                <w:color w:val="auto"/>
                <w:sz w:val="19"/>
                <w:lang w:eastAsia="ko-KR"/>
              </w:rPr>
              <w:t>미디어</w:t>
            </w:r>
            <w:r w:rsidRPr="009268B6">
              <w:rPr>
                <w:color w:val="auto"/>
                <w:sz w:val="19"/>
                <w:lang w:eastAsia="ko-KR"/>
              </w:rPr>
              <w:t xml:space="preserve"> </w:t>
            </w:r>
            <w:r w:rsidRPr="009268B6">
              <w:rPr>
                <w:color w:val="auto"/>
                <w:sz w:val="19"/>
                <w:lang w:eastAsia="ko-KR"/>
              </w:rPr>
              <w:t>이용과</w:t>
            </w:r>
            <w:r w:rsidRPr="009268B6">
              <w:rPr>
                <w:color w:val="auto"/>
                <w:sz w:val="19"/>
                <w:lang w:eastAsia="ko-KR"/>
              </w:rPr>
              <w:t xml:space="preserve"> </w:t>
            </w:r>
            <w:r w:rsidRPr="009268B6">
              <w:rPr>
                <w:color w:val="auto"/>
                <w:sz w:val="19"/>
                <w:lang w:eastAsia="ko-KR"/>
              </w:rPr>
              <w:t>정치</w:t>
            </w:r>
            <w:r w:rsidRPr="009268B6">
              <w:rPr>
                <w:color w:val="auto"/>
                <w:sz w:val="19"/>
                <w:lang w:eastAsia="ko-KR"/>
              </w:rPr>
              <w:t xml:space="preserve"> </w:t>
            </w:r>
            <w:r w:rsidRPr="009268B6">
              <w:rPr>
                <w:color w:val="auto"/>
                <w:sz w:val="19"/>
                <w:lang w:eastAsia="ko-KR"/>
              </w:rPr>
              <w:t>참여에</w:t>
            </w:r>
            <w:r w:rsidRPr="009268B6">
              <w:rPr>
                <w:color w:val="auto"/>
                <w:sz w:val="19"/>
                <w:lang w:eastAsia="ko-KR"/>
              </w:rPr>
              <w:t xml:space="preserve"> </w:t>
            </w:r>
            <w:r w:rsidRPr="009268B6">
              <w:rPr>
                <w:color w:val="auto"/>
                <w:sz w:val="19"/>
                <w:lang w:eastAsia="ko-KR"/>
              </w:rPr>
              <w:t>관한</w:t>
            </w:r>
            <w:r w:rsidRPr="009268B6">
              <w:rPr>
                <w:color w:val="auto"/>
                <w:sz w:val="19"/>
                <w:lang w:eastAsia="ko-KR"/>
              </w:rPr>
              <w:t xml:space="preserve"> </w:t>
            </w:r>
            <w:r w:rsidRPr="009268B6">
              <w:rPr>
                <w:color w:val="auto"/>
                <w:sz w:val="19"/>
                <w:lang w:eastAsia="ko-KR"/>
              </w:rPr>
              <w:t>연구</w:t>
            </w:r>
          </w:p>
        </w:tc>
      </w:tr>
      <w:tr w:rsidR="009268B6" w:rsidRPr="009268B6" w14:paraId="709AD54F" w14:textId="77777777">
        <w:trPr>
          <w:jc w:val="center"/>
        </w:trPr>
        <w:tc>
          <w:tcPr>
            <w:tcW w:w="2592" w:type="dxa"/>
            <w:shd w:val="clear" w:color="auto" w:fill="F0F4F8"/>
          </w:tcPr>
          <w:p w14:paraId="32D1694E" w14:textId="77777777" w:rsidR="00712D60" w:rsidRPr="009268B6" w:rsidRDefault="005E2FD8">
            <w:pPr>
              <w:spacing w:before="80" w:after="80"/>
              <w:rPr>
                <w:color w:val="auto"/>
              </w:rPr>
            </w:pPr>
            <w:proofErr w:type="spellStart"/>
            <w:r w:rsidRPr="009268B6">
              <w:rPr>
                <w:b/>
                <w:color w:val="auto"/>
                <w:sz w:val="19"/>
              </w:rPr>
              <w:t>논문</w:t>
            </w:r>
            <w:proofErr w:type="spellEnd"/>
            <w:r w:rsidRPr="009268B6">
              <w:rPr>
                <w:b/>
                <w:color w:val="auto"/>
                <w:sz w:val="19"/>
              </w:rPr>
              <w:t xml:space="preserve"> </w:t>
            </w:r>
            <w:proofErr w:type="spellStart"/>
            <w:r w:rsidRPr="009268B6">
              <w:rPr>
                <w:b/>
                <w:color w:val="auto"/>
                <w:sz w:val="19"/>
              </w:rPr>
              <w:t>제목</w:t>
            </w:r>
            <w:proofErr w:type="spellEnd"/>
            <w:r w:rsidRPr="009268B6">
              <w:rPr>
                <w:b/>
                <w:color w:val="auto"/>
                <w:sz w:val="19"/>
              </w:rPr>
              <w:t xml:space="preserve"> (</w:t>
            </w:r>
            <w:proofErr w:type="spellStart"/>
            <w:r w:rsidRPr="009268B6">
              <w:rPr>
                <w:b/>
                <w:color w:val="auto"/>
                <w:sz w:val="19"/>
              </w:rPr>
              <w:t>영문</w:t>
            </w:r>
            <w:proofErr w:type="spellEnd"/>
            <w:r w:rsidRPr="009268B6">
              <w:rPr>
                <w:b/>
                <w:color w:val="auto"/>
                <w:sz w:val="19"/>
              </w:rPr>
              <w:t>)</w:t>
            </w:r>
          </w:p>
        </w:tc>
        <w:tc>
          <w:tcPr>
            <w:tcW w:w="6768" w:type="dxa"/>
          </w:tcPr>
          <w:p w14:paraId="26C1B71F" w14:textId="77777777" w:rsidR="00712D60" w:rsidRPr="009268B6" w:rsidRDefault="005E2FD8">
            <w:pPr>
              <w:spacing w:before="80" w:after="80"/>
              <w:rPr>
                <w:color w:val="auto"/>
              </w:rPr>
            </w:pPr>
            <w:r w:rsidRPr="009268B6">
              <w:rPr>
                <w:color w:val="auto"/>
                <w:sz w:val="19"/>
              </w:rPr>
              <w:t>A Study on Digital Media Use and Political Participation</w:t>
            </w:r>
          </w:p>
        </w:tc>
      </w:tr>
      <w:tr w:rsidR="009268B6" w:rsidRPr="009268B6" w14:paraId="24AB7A7F" w14:textId="77777777">
        <w:trPr>
          <w:jc w:val="center"/>
        </w:trPr>
        <w:tc>
          <w:tcPr>
            <w:tcW w:w="2592" w:type="dxa"/>
            <w:shd w:val="clear" w:color="auto" w:fill="F0F4F8"/>
          </w:tcPr>
          <w:p w14:paraId="7EF6289D" w14:textId="77777777" w:rsidR="00712D60" w:rsidRPr="009268B6" w:rsidRDefault="005E2FD8">
            <w:pPr>
              <w:spacing w:before="80" w:after="80"/>
              <w:rPr>
                <w:color w:val="auto"/>
              </w:rPr>
            </w:pPr>
            <w:proofErr w:type="spellStart"/>
            <w:r w:rsidRPr="009268B6">
              <w:rPr>
                <w:b/>
                <w:color w:val="auto"/>
                <w:sz w:val="19"/>
              </w:rPr>
              <w:t>투고자</w:t>
            </w:r>
            <w:proofErr w:type="spellEnd"/>
            <w:r w:rsidRPr="009268B6">
              <w:rPr>
                <w:b/>
                <w:color w:val="auto"/>
                <w:sz w:val="19"/>
              </w:rPr>
              <w:t xml:space="preserve"> </w:t>
            </w:r>
            <w:proofErr w:type="spellStart"/>
            <w:r w:rsidRPr="009268B6">
              <w:rPr>
                <w:b/>
                <w:color w:val="auto"/>
                <w:sz w:val="19"/>
              </w:rPr>
              <w:t>성명</w:t>
            </w:r>
            <w:proofErr w:type="spellEnd"/>
          </w:p>
        </w:tc>
        <w:tc>
          <w:tcPr>
            <w:tcW w:w="6768" w:type="dxa"/>
          </w:tcPr>
          <w:p w14:paraId="4481050C" w14:textId="77777777" w:rsidR="00712D60" w:rsidRPr="009268B6" w:rsidRDefault="005E2FD8">
            <w:pPr>
              <w:spacing w:before="80" w:after="80"/>
              <w:rPr>
                <w:color w:val="auto"/>
                <w:lang w:eastAsia="ko-KR"/>
              </w:rPr>
            </w:pPr>
            <w:r w:rsidRPr="009268B6">
              <w:rPr>
                <w:color w:val="auto"/>
                <w:sz w:val="19"/>
                <w:lang w:eastAsia="ko-KR"/>
              </w:rPr>
              <w:t>홍길동</w:t>
            </w:r>
            <w:r w:rsidRPr="009268B6">
              <w:rPr>
                <w:color w:val="auto"/>
                <w:sz w:val="19"/>
                <w:lang w:eastAsia="ko-KR"/>
              </w:rPr>
              <w:t xml:space="preserve"> (</w:t>
            </w:r>
            <w:r w:rsidRPr="009268B6">
              <w:rPr>
                <w:color w:val="auto"/>
                <w:sz w:val="19"/>
                <w:lang w:eastAsia="ko-KR"/>
              </w:rPr>
              <w:t>대표</w:t>
            </w:r>
            <w:r w:rsidRPr="009268B6">
              <w:rPr>
                <w:color w:val="auto"/>
                <w:sz w:val="19"/>
                <w:lang w:eastAsia="ko-KR"/>
              </w:rPr>
              <w:t xml:space="preserve"> </w:t>
            </w:r>
            <w:r w:rsidRPr="009268B6">
              <w:rPr>
                <w:color w:val="auto"/>
                <w:sz w:val="19"/>
                <w:lang w:eastAsia="ko-KR"/>
              </w:rPr>
              <w:t>저자</w:t>
            </w:r>
            <w:r w:rsidRPr="009268B6">
              <w:rPr>
                <w:color w:val="auto"/>
                <w:sz w:val="19"/>
                <w:lang w:eastAsia="ko-KR"/>
              </w:rPr>
              <w:t xml:space="preserve"> </w:t>
            </w:r>
            <w:r w:rsidRPr="009268B6">
              <w:rPr>
                <w:color w:val="auto"/>
                <w:sz w:val="19"/>
                <w:lang w:eastAsia="ko-KR"/>
              </w:rPr>
              <w:t>및</w:t>
            </w:r>
            <w:r w:rsidRPr="009268B6">
              <w:rPr>
                <w:color w:val="auto"/>
                <w:sz w:val="19"/>
                <w:lang w:eastAsia="ko-KR"/>
              </w:rPr>
              <w:t xml:space="preserve"> </w:t>
            </w:r>
            <w:r w:rsidRPr="009268B6">
              <w:rPr>
                <w:color w:val="auto"/>
                <w:sz w:val="19"/>
                <w:lang w:eastAsia="ko-KR"/>
              </w:rPr>
              <w:t>교신저자</w:t>
            </w:r>
            <w:r w:rsidRPr="009268B6">
              <w:rPr>
                <w:color w:val="auto"/>
                <w:sz w:val="19"/>
                <w:lang w:eastAsia="ko-KR"/>
              </w:rPr>
              <w:t>)</w:t>
            </w:r>
          </w:p>
        </w:tc>
      </w:tr>
      <w:tr w:rsidR="009268B6" w:rsidRPr="009268B6" w14:paraId="36CD3085" w14:textId="77777777">
        <w:trPr>
          <w:jc w:val="center"/>
        </w:trPr>
        <w:tc>
          <w:tcPr>
            <w:tcW w:w="2592" w:type="dxa"/>
            <w:shd w:val="clear" w:color="auto" w:fill="F0F4F8"/>
          </w:tcPr>
          <w:p w14:paraId="61872B82" w14:textId="77777777" w:rsidR="00712D60" w:rsidRPr="009268B6" w:rsidRDefault="005E2FD8">
            <w:pPr>
              <w:spacing w:before="80" w:after="80"/>
              <w:rPr>
                <w:color w:val="auto"/>
              </w:rPr>
            </w:pPr>
            <w:proofErr w:type="spellStart"/>
            <w:r w:rsidRPr="009268B6">
              <w:rPr>
                <w:b/>
                <w:color w:val="auto"/>
                <w:sz w:val="19"/>
              </w:rPr>
              <w:t>소속</w:t>
            </w:r>
            <w:proofErr w:type="spellEnd"/>
            <w:r w:rsidRPr="009268B6">
              <w:rPr>
                <w:b/>
                <w:color w:val="auto"/>
                <w:sz w:val="19"/>
              </w:rPr>
              <w:t xml:space="preserve"> </w:t>
            </w:r>
            <w:r w:rsidRPr="009268B6">
              <w:rPr>
                <w:b/>
                <w:color w:val="auto"/>
                <w:sz w:val="19"/>
              </w:rPr>
              <w:t>및</w:t>
            </w:r>
            <w:r w:rsidRPr="009268B6">
              <w:rPr>
                <w:b/>
                <w:color w:val="auto"/>
                <w:sz w:val="19"/>
              </w:rPr>
              <w:t xml:space="preserve"> </w:t>
            </w:r>
            <w:proofErr w:type="spellStart"/>
            <w:r w:rsidRPr="009268B6">
              <w:rPr>
                <w:b/>
                <w:color w:val="auto"/>
                <w:sz w:val="19"/>
              </w:rPr>
              <w:t>직위</w:t>
            </w:r>
            <w:proofErr w:type="spellEnd"/>
          </w:p>
        </w:tc>
        <w:tc>
          <w:tcPr>
            <w:tcW w:w="6768" w:type="dxa"/>
          </w:tcPr>
          <w:p w14:paraId="199CFE1C" w14:textId="77777777" w:rsidR="00712D60" w:rsidRPr="009268B6" w:rsidRDefault="005E2FD8">
            <w:pPr>
              <w:spacing w:before="80" w:after="80"/>
              <w:rPr>
                <w:color w:val="auto"/>
                <w:lang w:eastAsia="ko-KR"/>
              </w:rPr>
            </w:pPr>
            <w:r w:rsidRPr="009268B6">
              <w:rPr>
                <w:color w:val="auto"/>
                <w:sz w:val="19"/>
                <w:lang w:eastAsia="ko-KR"/>
              </w:rPr>
              <w:t>OO</w:t>
            </w:r>
            <w:r w:rsidRPr="009268B6">
              <w:rPr>
                <w:color w:val="auto"/>
                <w:sz w:val="19"/>
                <w:lang w:eastAsia="ko-KR"/>
              </w:rPr>
              <w:t>대학교</w:t>
            </w:r>
            <w:r w:rsidRPr="009268B6">
              <w:rPr>
                <w:color w:val="auto"/>
                <w:sz w:val="19"/>
                <w:lang w:eastAsia="ko-KR"/>
              </w:rPr>
              <w:t xml:space="preserve"> </w:t>
            </w:r>
            <w:r w:rsidRPr="009268B6">
              <w:rPr>
                <w:color w:val="auto"/>
                <w:sz w:val="19"/>
                <w:lang w:eastAsia="ko-KR"/>
              </w:rPr>
              <w:t>언론정보학과</w:t>
            </w:r>
            <w:r w:rsidRPr="009268B6">
              <w:rPr>
                <w:color w:val="auto"/>
                <w:sz w:val="19"/>
                <w:lang w:eastAsia="ko-KR"/>
              </w:rPr>
              <w:t xml:space="preserve"> </w:t>
            </w:r>
            <w:r w:rsidRPr="009268B6">
              <w:rPr>
                <w:color w:val="auto"/>
                <w:sz w:val="19"/>
                <w:lang w:eastAsia="ko-KR"/>
              </w:rPr>
              <w:t>교수</w:t>
            </w:r>
          </w:p>
        </w:tc>
      </w:tr>
      <w:tr w:rsidR="009268B6" w:rsidRPr="009268B6" w14:paraId="4A7B232C" w14:textId="77777777">
        <w:trPr>
          <w:jc w:val="center"/>
        </w:trPr>
        <w:tc>
          <w:tcPr>
            <w:tcW w:w="2592" w:type="dxa"/>
            <w:shd w:val="clear" w:color="auto" w:fill="F0F4F8"/>
          </w:tcPr>
          <w:p w14:paraId="78CB2891" w14:textId="77777777" w:rsidR="00712D60" w:rsidRPr="009268B6" w:rsidRDefault="005E2FD8">
            <w:pPr>
              <w:spacing w:before="80" w:after="80"/>
              <w:rPr>
                <w:color w:val="auto"/>
              </w:rPr>
            </w:pPr>
            <w:proofErr w:type="spellStart"/>
            <w:r w:rsidRPr="009268B6">
              <w:rPr>
                <w:b/>
                <w:color w:val="auto"/>
                <w:sz w:val="19"/>
              </w:rPr>
              <w:t>연락처</w:t>
            </w:r>
            <w:proofErr w:type="spellEnd"/>
            <w:r w:rsidRPr="009268B6">
              <w:rPr>
                <w:b/>
                <w:color w:val="auto"/>
                <w:sz w:val="19"/>
              </w:rPr>
              <w:t xml:space="preserve"> / </w:t>
            </w:r>
            <w:proofErr w:type="spellStart"/>
            <w:r w:rsidRPr="009268B6">
              <w:rPr>
                <w:b/>
                <w:color w:val="auto"/>
                <w:sz w:val="19"/>
              </w:rPr>
              <w:t>이메일</w:t>
            </w:r>
            <w:proofErr w:type="spellEnd"/>
          </w:p>
        </w:tc>
        <w:tc>
          <w:tcPr>
            <w:tcW w:w="6768" w:type="dxa"/>
          </w:tcPr>
          <w:p w14:paraId="24E0431B" w14:textId="77777777" w:rsidR="00712D60" w:rsidRPr="009268B6" w:rsidRDefault="005E2FD8">
            <w:pPr>
              <w:spacing w:before="80" w:after="80"/>
              <w:rPr>
                <w:color w:val="auto"/>
              </w:rPr>
            </w:pPr>
            <w:r w:rsidRPr="009268B6">
              <w:rPr>
                <w:color w:val="auto"/>
                <w:sz w:val="19"/>
              </w:rPr>
              <w:t>010-1234-5678 / hong@university.ac.kr</w:t>
            </w:r>
          </w:p>
        </w:tc>
      </w:tr>
      <w:tr w:rsidR="009268B6" w:rsidRPr="009268B6" w14:paraId="756E95F9" w14:textId="77777777">
        <w:trPr>
          <w:jc w:val="center"/>
        </w:trPr>
        <w:tc>
          <w:tcPr>
            <w:tcW w:w="2592" w:type="dxa"/>
            <w:shd w:val="clear" w:color="auto" w:fill="F0F4F8"/>
          </w:tcPr>
          <w:p w14:paraId="710129F2" w14:textId="77777777" w:rsidR="00712D60" w:rsidRPr="009268B6" w:rsidRDefault="005E2FD8">
            <w:pPr>
              <w:spacing w:before="80" w:after="80"/>
              <w:rPr>
                <w:color w:val="auto"/>
              </w:rPr>
            </w:pPr>
            <w:proofErr w:type="spellStart"/>
            <w:r w:rsidRPr="009268B6">
              <w:rPr>
                <w:b/>
                <w:color w:val="auto"/>
                <w:sz w:val="19"/>
              </w:rPr>
              <w:t>심사</w:t>
            </w:r>
            <w:proofErr w:type="spellEnd"/>
            <w:r w:rsidRPr="009268B6">
              <w:rPr>
                <w:b/>
                <w:color w:val="auto"/>
                <w:sz w:val="19"/>
              </w:rPr>
              <w:t xml:space="preserve"> </w:t>
            </w:r>
            <w:proofErr w:type="spellStart"/>
            <w:r w:rsidRPr="009268B6">
              <w:rPr>
                <w:b/>
                <w:color w:val="auto"/>
                <w:sz w:val="19"/>
              </w:rPr>
              <w:t>결과</w:t>
            </w:r>
            <w:proofErr w:type="spellEnd"/>
            <w:r w:rsidRPr="009268B6">
              <w:rPr>
                <w:b/>
                <w:color w:val="auto"/>
                <w:sz w:val="19"/>
              </w:rPr>
              <w:t xml:space="preserve"> </w:t>
            </w:r>
            <w:proofErr w:type="spellStart"/>
            <w:r w:rsidRPr="009268B6">
              <w:rPr>
                <w:b/>
                <w:color w:val="auto"/>
                <w:sz w:val="19"/>
              </w:rPr>
              <w:t>통보일</w:t>
            </w:r>
            <w:proofErr w:type="spellEnd"/>
          </w:p>
        </w:tc>
        <w:tc>
          <w:tcPr>
            <w:tcW w:w="6768" w:type="dxa"/>
          </w:tcPr>
          <w:p w14:paraId="54B31662" w14:textId="77777777" w:rsidR="00712D60" w:rsidRPr="009268B6" w:rsidRDefault="005E2FD8">
            <w:pPr>
              <w:spacing w:before="80" w:after="80"/>
              <w:rPr>
                <w:color w:val="auto"/>
              </w:rPr>
            </w:pPr>
            <w:r w:rsidRPr="009268B6">
              <w:rPr>
                <w:color w:val="auto"/>
                <w:sz w:val="19"/>
              </w:rPr>
              <w:t>2026</w:t>
            </w:r>
            <w:r w:rsidRPr="009268B6">
              <w:rPr>
                <w:color w:val="auto"/>
                <w:sz w:val="19"/>
              </w:rPr>
              <w:t>년</w:t>
            </w:r>
            <w:r w:rsidRPr="009268B6">
              <w:rPr>
                <w:color w:val="auto"/>
                <w:sz w:val="19"/>
              </w:rPr>
              <w:t xml:space="preserve"> 09</w:t>
            </w:r>
            <w:r w:rsidRPr="009268B6">
              <w:rPr>
                <w:color w:val="auto"/>
                <w:sz w:val="19"/>
              </w:rPr>
              <w:t>월</w:t>
            </w:r>
            <w:r w:rsidRPr="009268B6">
              <w:rPr>
                <w:color w:val="auto"/>
                <w:sz w:val="19"/>
              </w:rPr>
              <w:t xml:space="preserve"> 01</w:t>
            </w:r>
            <w:r w:rsidRPr="009268B6">
              <w:rPr>
                <w:color w:val="auto"/>
                <w:sz w:val="19"/>
              </w:rPr>
              <w:t>일</w:t>
            </w:r>
          </w:p>
        </w:tc>
      </w:tr>
      <w:tr w:rsidR="009268B6" w:rsidRPr="009268B6" w14:paraId="691DF024" w14:textId="77777777">
        <w:trPr>
          <w:jc w:val="center"/>
        </w:trPr>
        <w:tc>
          <w:tcPr>
            <w:tcW w:w="2592" w:type="dxa"/>
            <w:shd w:val="clear" w:color="auto" w:fill="F0F4F8"/>
          </w:tcPr>
          <w:p w14:paraId="2E7C72A3" w14:textId="77777777" w:rsidR="00712D60" w:rsidRPr="009268B6" w:rsidRDefault="005E2FD8">
            <w:pPr>
              <w:spacing w:before="80" w:after="80"/>
              <w:rPr>
                <w:color w:val="auto"/>
              </w:rPr>
            </w:pPr>
            <w:proofErr w:type="spellStart"/>
            <w:r w:rsidRPr="009268B6">
              <w:rPr>
                <w:b/>
                <w:color w:val="auto"/>
                <w:sz w:val="19"/>
              </w:rPr>
              <w:t>이의</w:t>
            </w:r>
            <w:proofErr w:type="spellEnd"/>
            <w:r w:rsidRPr="009268B6">
              <w:rPr>
                <w:b/>
                <w:color w:val="auto"/>
                <w:sz w:val="19"/>
              </w:rPr>
              <w:t xml:space="preserve"> </w:t>
            </w:r>
            <w:proofErr w:type="spellStart"/>
            <w:r w:rsidRPr="009268B6">
              <w:rPr>
                <w:b/>
                <w:color w:val="auto"/>
                <w:sz w:val="19"/>
              </w:rPr>
              <w:t>신청</w:t>
            </w:r>
            <w:proofErr w:type="spellEnd"/>
            <w:r w:rsidRPr="009268B6">
              <w:rPr>
                <w:b/>
                <w:color w:val="auto"/>
                <w:sz w:val="19"/>
              </w:rPr>
              <w:t xml:space="preserve"> </w:t>
            </w:r>
            <w:proofErr w:type="spellStart"/>
            <w:r w:rsidRPr="009268B6">
              <w:rPr>
                <w:b/>
                <w:color w:val="auto"/>
                <w:sz w:val="19"/>
              </w:rPr>
              <w:t>접수일</w:t>
            </w:r>
            <w:proofErr w:type="spellEnd"/>
          </w:p>
        </w:tc>
        <w:tc>
          <w:tcPr>
            <w:tcW w:w="6768" w:type="dxa"/>
          </w:tcPr>
          <w:p w14:paraId="77469062" w14:textId="77777777" w:rsidR="00712D60" w:rsidRPr="009268B6" w:rsidRDefault="005E2FD8">
            <w:pPr>
              <w:spacing w:before="80" w:after="80"/>
              <w:rPr>
                <w:color w:val="auto"/>
              </w:rPr>
            </w:pPr>
            <w:r w:rsidRPr="009268B6">
              <w:rPr>
                <w:color w:val="auto"/>
                <w:sz w:val="19"/>
              </w:rPr>
              <w:t>2026</w:t>
            </w:r>
            <w:r w:rsidRPr="009268B6">
              <w:rPr>
                <w:color w:val="auto"/>
                <w:sz w:val="19"/>
              </w:rPr>
              <w:t>년</w:t>
            </w:r>
            <w:r w:rsidRPr="009268B6">
              <w:rPr>
                <w:color w:val="auto"/>
                <w:sz w:val="19"/>
              </w:rPr>
              <w:t xml:space="preserve"> 09</w:t>
            </w:r>
            <w:r w:rsidRPr="009268B6">
              <w:rPr>
                <w:color w:val="auto"/>
                <w:sz w:val="19"/>
              </w:rPr>
              <w:t>월</w:t>
            </w:r>
            <w:r w:rsidRPr="009268B6">
              <w:rPr>
                <w:color w:val="auto"/>
                <w:sz w:val="19"/>
              </w:rPr>
              <w:t xml:space="preserve"> 08</w:t>
            </w:r>
            <w:r w:rsidRPr="009268B6">
              <w:rPr>
                <w:color w:val="auto"/>
                <w:sz w:val="19"/>
              </w:rPr>
              <w:t>일</w:t>
            </w:r>
          </w:p>
        </w:tc>
      </w:tr>
    </w:tbl>
    <w:p w14:paraId="3C928EB0" w14:textId="77777777" w:rsidR="00712D60" w:rsidRPr="009268B6" w:rsidRDefault="005E2FD8">
      <w:pPr>
        <w:keepNext/>
        <w:spacing w:before="320" w:after="160"/>
        <w:rPr>
          <w:color w:val="auto"/>
        </w:rPr>
      </w:pPr>
      <w:r w:rsidRPr="009268B6">
        <w:rPr>
          <w:b/>
          <w:color w:val="auto"/>
          <w:sz w:val="26"/>
        </w:rPr>
        <w:t xml:space="preserve">2. </w:t>
      </w:r>
      <w:proofErr w:type="spellStart"/>
      <w:r w:rsidRPr="009268B6">
        <w:rPr>
          <w:b/>
          <w:color w:val="auto"/>
          <w:sz w:val="26"/>
        </w:rPr>
        <w:t>이의</w:t>
      </w:r>
      <w:proofErr w:type="spellEnd"/>
      <w:r w:rsidRPr="009268B6">
        <w:rPr>
          <w:b/>
          <w:color w:val="auto"/>
          <w:sz w:val="26"/>
        </w:rPr>
        <w:t xml:space="preserve"> </w:t>
      </w:r>
      <w:proofErr w:type="spellStart"/>
      <w:r w:rsidRPr="009268B6">
        <w:rPr>
          <w:b/>
          <w:color w:val="auto"/>
          <w:sz w:val="26"/>
        </w:rPr>
        <w:t>신청</w:t>
      </w:r>
      <w:proofErr w:type="spellEnd"/>
      <w:r w:rsidRPr="009268B6">
        <w:rPr>
          <w:b/>
          <w:color w:val="auto"/>
          <w:sz w:val="26"/>
        </w:rPr>
        <w:t xml:space="preserve"> </w:t>
      </w:r>
      <w:proofErr w:type="spellStart"/>
      <w:r w:rsidRPr="009268B6">
        <w:rPr>
          <w:b/>
          <w:color w:val="auto"/>
          <w:sz w:val="26"/>
        </w:rPr>
        <w:t>취지</w:t>
      </w:r>
      <w:proofErr w:type="spellEnd"/>
      <w:r w:rsidRPr="009268B6">
        <w:rPr>
          <w:b/>
          <w:color w:val="auto"/>
          <w:sz w:val="26"/>
        </w:rPr>
        <w:t xml:space="preserve"> </w:t>
      </w:r>
      <w:r w:rsidRPr="009268B6">
        <w:rPr>
          <w:b/>
          <w:color w:val="auto"/>
          <w:sz w:val="26"/>
        </w:rPr>
        <w:t>및</w:t>
      </w:r>
      <w:r w:rsidRPr="009268B6">
        <w:rPr>
          <w:b/>
          <w:color w:val="auto"/>
          <w:sz w:val="26"/>
        </w:rPr>
        <w:t xml:space="preserve"> </w:t>
      </w:r>
      <w:r w:rsidRPr="009268B6">
        <w:rPr>
          <w:b/>
          <w:color w:val="auto"/>
          <w:sz w:val="26"/>
        </w:rPr>
        <w:t>요약</w:t>
      </w:r>
    </w:p>
    <w:p w14:paraId="5D78C835" w14:textId="77777777" w:rsidR="00712D60" w:rsidRPr="009268B6" w:rsidRDefault="005E2FD8">
      <w:pPr>
        <w:spacing w:before="80" w:after="120"/>
        <w:rPr>
          <w:color w:val="auto"/>
          <w:lang w:eastAsia="ko-KR"/>
        </w:rPr>
      </w:pPr>
      <w:r w:rsidRPr="009268B6">
        <w:rPr>
          <w:i/>
          <w:color w:val="auto"/>
          <w:lang w:eastAsia="ko-KR"/>
        </w:rPr>
        <w:t xml:space="preserve">  </w:t>
      </w:r>
      <w:r w:rsidRPr="009268B6">
        <w:rPr>
          <w:i/>
          <w:color w:val="auto"/>
          <w:lang w:eastAsia="ko-KR"/>
        </w:rPr>
        <w:t>심사</w:t>
      </w:r>
      <w:r w:rsidRPr="009268B6">
        <w:rPr>
          <w:i/>
          <w:color w:val="auto"/>
          <w:lang w:eastAsia="ko-KR"/>
        </w:rPr>
        <w:t xml:space="preserve"> </w:t>
      </w:r>
      <w:r w:rsidRPr="009268B6">
        <w:rPr>
          <w:i/>
          <w:color w:val="auto"/>
          <w:lang w:eastAsia="ko-KR"/>
        </w:rPr>
        <w:t>결과</w:t>
      </w:r>
      <w:r w:rsidRPr="009268B6">
        <w:rPr>
          <w:i/>
          <w:color w:val="auto"/>
          <w:lang w:eastAsia="ko-KR"/>
        </w:rPr>
        <w:t xml:space="preserve"> ‘</w:t>
      </w:r>
      <w:r w:rsidRPr="009268B6">
        <w:rPr>
          <w:i/>
          <w:color w:val="auto"/>
          <w:lang w:eastAsia="ko-KR"/>
        </w:rPr>
        <w:t>게재</w:t>
      </w:r>
      <w:r w:rsidRPr="009268B6">
        <w:rPr>
          <w:i/>
          <w:color w:val="auto"/>
          <w:lang w:eastAsia="ko-KR"/>
        </w:rPr>
        <w:t xml:space="preserve"> </w:t>
      </w:r>
      <w:r w:rsidRPr="009268B6">
        <w:rPr>
          <w:i/>
          <w:color w:val="auto"/>
          <w:lang w:eastAsia="ko-KR"/>
        </w:rPr>
        <w:t>불가</w:t>
      </w:r>
      <w:r w:rsidRPr="009268B6">
        <w:rPr>
          <w:i/>
          <w:color w:val="auto"/>
          <w:lang w:eastAsia="ko-KR"/>
        </w:rPr>
        <w:t xml:space="preserve">’ </w:t>
      </w:r>
      <w:r w:rsidRPr="009268B6">
        <w:rPr>
          <w:i/>
          <w:color w:val="auto"/>
          <w:lang w:eastAsia="ko-KR"/>
        </w:rPr>
        <w:t>판정에</w:t>
      </w:r>
      <w:r w:rsidRPr="009268B6">
        <w:rPr>
          <w:i/>
          <w:color w:val="auto"/>
          <w:lang w:eastAsia="ko-KR"/>
        </w:rPr>
        <w:t xml:space="preserve"> </w:t>
      </w:r>
      <w:r w:rsidRPr="009268B6">
        <w:rPr>
          <w:i/>
          <w:color w:val="auto"/>
          <w:lang w:eastAsia="ko-KR"/>
        </w:rPr>
        <w:t>대하여</w:t>
      </w:r>
      <w:r w:rsidRPr="009268B6">
        <w:rPr>
          <w:i/>
          <w:color w:val="auto"/>
          <w:lang w:eastAsia="ko-KR"/>
        </w:rPr>
        <w:t xml:space="preserve"> </w:t>
      </w:r>
      <w:r w:rsidRPr="009268B6">
        <w:rPr>
          <w:i/>
          <w:color w:val="auto"/>
          <w:lang w:eastAsia="ko-KR"/>
        </w:rPr>
        <w:t>아래와</w:t>
      </w:r>
      <w:r w:rsidRPr="009268B6">
        <w:rPr>
          <w:i/>
          <w:color w:val="auto"/>
          <w:lang w:eastAsia="ko-KR"/>
        </w:rPr>
        <w:t xml:space="preserve"> </w:t>
      </w:r>
      <w:r w:rsidRPr="009268B6">
        <w:rPr>
          <w:i/>
          <w:color w:val="auto"/>
          <w:lang w:eastAsia="ko-KR"/>
        </w:rPr>
        <w:t>같이</w:t>
      </w:r>
      <w:r w:rsidRPr="009268B6">
        <w:rPr>
          <w:i/>
          <w:color w:val="auto"/>
          <w:lang w:eastAsia="ko-KR"/>
        </w:rPr>
        <w:t xml:space="preserve"> </w:t>
      </w:r>
      <w:r w:rsidRPr="009268B6">
        <w:rPr>
          <w:i/>
          <w:color w:val="auto"/>
          <w:lang w:eastAsia="ko-KR"/>
        </w:rPr>
        <w:t>객관적</w:t>
      </w:r>
      <w:r w:rsidRPr="009268B6">
        <w:rPr>
          <w:i/>
          <w:color w:val="auto"/>
          <w:lang w:eastAsia="ko-KR"/>
        </w:rPr>
        <w:t>·</w:t>
      </w:r>
      <w:r w:rsidRPr="009268B6">
        <w:rPr>
          <w:i/>
          <w:color w:val="auto"/>
          <w:lang w:eastAsia="ko-KR"/>
        </w:rPr>
        <w:t>학술적</w:t>
      </w:r>
      <w:r w:rsidRPr="009268B6">
        <w:rPr>
          <w:i/>
          <w:color w:val="auto"/>
          <w:lang w:eastAsia="ko-KR"/>
        </w:rPr>
        <w:t xml:space="preserve"> </w:t>
      </w:r>
      <w:r w:rsidRPr="009268B6">
        <w:rPr>
          <w:i/>
          <w:color w:val="auto"/>
          <w:lang w:eastAsia="ko-KR"/>
        </w:rPr>
        <w:t>근거에</w:t>
      </w:r>
      <w:r w:rsidRPr="009268B6">
        <w:rPr>
          <w:i/>
          <w:color w:val="auto"/>
          <w:lang w:eastAsia="ko-KR"/>
        </w:rPr>
        <w:t xml:space="preserve"> </w:t>
      </w:r>
      <w:r w:rsidRPr="009268B6">
        <w:rPr>
          <w:i/>
          <w:color w:val="auto"/>
          <w:lang w:eastAsia="ko-KR"/>
        </w:rPr>
        <w:t>기반한</w:t>
      </w:r>
      <w:r w:rsidRPr="009268B6">
        <w:rPr>
          <w:i/>
          <w:color w:val="auto"/>
          <w:lang w:eastAsia="ko-KR"/>
        </w:rPr>
        <w:t xml:space="preserve"> </w:t>
      </w:r>
      <w:r w:rsidRPr="009268B6">
        <w:rPr>
          <w:i/>
          <w:color w:val="auto"/>
          <w:lang w:eastAsia="ko-KR"/>
        </w:rPr>
        <w:t>이의를</w:t>
      </w:r>
      <w:r w:rsidRPr="009268B6">
        <w:rPr>
          <w:i/>
          <w:color w:val="auto"/>
          <w:lang w:eastAsia="ko-KR"/>
        </w:rPr>
        <w:t xml:space="preserve"> </w:t>
      </w:r>
      <w:r w:rsidRPr="009268B6">
        <w:rPr>
          <w:i/>
          <w:color w:val="auto"/>
          <w:lang w:eastAsia="ko-KR"/>
        </w:rPr>
        <w:t>신청하며</w:t>
      </w:r>
      <w:r w:rsidRPr="009268B6">
        <w:rPr>
          <w:i/>
          <w:color w:val="auto"/>
          <w:lang w:eastAsia="ko-KR"/>
        </w:rPr>
        <w:t xml:space="preserve">, </w:t>
      </w:r>
      <w:r w:rsidRPr="009268B6">
        <w:rPr>
          <w:i/>
          <w:color w:val="auto"/>
          <w:lang w:eastAsia="ko-KR"/>
        </w:rPr>
        <w:t>편집위원회의</w:t>
      </w:r>
      <w:r w:rsidRPr="009268B6">
        <w:rPr>
          <w:i/>
          <w:color w:val="auto"/>
          <w:lang w:eastAsia="ko-KR"/>
        </w:rPr>
        <w:t xml:space="preserve"> 1</w:t>
      </w:r>
      <w:r w:rsidRPr="009268B6">
        <w:rPr>
          <w:i/>
          <w:color w:val="auto"/>
          <w:lang w:eastAsia="ko-KR"/>
        </w:rPr>
        <w:t>차</w:t>
      </w:r>
      <w:r w:rsidRPr="009268B6">
        <w:rPr>
          <w:i/>
          <w:color w:val="auto"/>
          <w:lang w:eastAsia="ko-KR"/>
        </w:rPr>
        <w:t xml:space="preserve"> </w:t>
      </w:r>
      <w:r w:rsidRPr="009268B6">
        <w:rPr>
          <w:i/>
          <w:color w:val="auto"/>
          <w:lang w:eastAsia="ko-KR"/>
        </w:rPr>
        <w:t>심의</w:t>
      </w:r>
      <w:r w:rsidRPr="009268B6">
        <w:rPr>
          <w:i/>
          <w:color w:val="auto"/>
          <w:lang w:eastAsia="ko-KR"/>
        </w:rPr>
        <w:t xml:space="preserve"> </w:t>
      </w:r>
      <w:r w:rsidRPr="009268B6">
        <w:rPr>
          <w:i/>
          <w:color w:val="auto"/>
          <w:lang w:eastAsia="ko-KR"/>
        </w:rPr>
        <w:t>및</w:t>
      </w:r>
      <w:r w:rsidRPr="009268B6">
        <w:rPr>
          <w:i/>
          <w:color w:val="auto"/>
          <w:lang w:eastAsia="ko-KR"/>
        </w:rPr>
        <w:t xml:space="preserve"> </w:t>
      </w:r>
      <w:r w:rsidRPr="009268B6">
        <w:rPr>
          <w:i/>
          <w:color w:val="auto"/>
          <w:lang w:eastAsia="ko-KR"/>
        </w:rPr>
        <w:t>제</w:t>
      </w:r>
      <w:r w:rsidRPr="009268B6">
        <w:rPr>
          <w:i/>
          <w:color w:val="auto"/>
          <w:lang w:eastAsia="ko-KR"/>
        </w:rPr>
        <w:t>3</w:t>
      </w:r>
      <w:r w:rsidRPr="009268B6">
        <w:rPr>
          <w:i/>
          <w:color w:val="auto"/>
          <w:lang w:eastAsia="ko-KR"/>
        </w:rPr>
        <w:t>의</w:t>
      </w:r>
      <w:r w:rsidRPr="009268B6">
        <w:rPr>
          <w:i/>
          <w:color w:val="auto"/>
          <w:lang w:eastAsia="ko-KR"/>
        </w:rPr>
        <w:t xml:space="preserve"> </w:t>
      </w:r>
      <w:r w:rsidRPr="009268B6">
        <w:rPr>
          <w:i/>
          <w:color w:val="auto"/>
          <w:lang w:eastAsia="ko-KR"/>
        </w:rPr>
        <w:t>심사위원을</w:t>
      </w:r>
      <w:r w:rsidRPr="009268B6">
        <w:rPr>
          <w:i/>
          <w:color w:val="auto"/>
          <w:lang w:eastAsia="ko-KR"/>
        </w:rPr>
        <w:t xml:space="preserve"> </w:t>
      </w:r>
      <w:r w:rsidRPr="009268B6">
        <w:rPr>
          <w:i/>
          <w:color w:val="auto"/>
          <w:lang w:eastAsia="ko-KR"/>
        </w:rPr>
        <w:t>통한</w:t>
      </w:r>
      <w:r w:rsidRPr="009268B6">
        <w:rPr>
          <w:i/>
          <w:color w:val="auto"/>
          <w:lang w:eastAsia="ko-KR"/>
        </w:rPr>
        <w:t xml:space="preserve"> </w:t>
      </w:r>
      <w:r w:rsidRPr="009268B6">
        <w:rPr>
          <w:i/>
          <w:color w:val="auto"/>
          <w:lang w:eastAsia="ko-KR"/>
        </w:rPr>
        <w:t>재심사를</w:t>
      </w:r>
      <w:r w:rsidRPr="009268B6">
        <w:rPr>
          <w:i/>
          <w:color w:val="auto"/>
          <w:lang w:eastAsia="ko-KR"/>
        </w:rPr>
        <w:t xml:space="preserve"> </w:t>
      </w:r>
      <w:r w:rsidRPr="009268B6">
        <w:rPr>
          <w:i/>
          <w:color w:val="auto"/>
          <w:lang w:eastAsia="ko-KR"/>
        </w:rPr>
        <w:t>요청합니다</w:t>
      </w:r>
      <w:r w:rsidRPr="009268B6">
        <w:rPr>
          <w:i/>
          <w:color w:val="auto"/>
          <w:lang w:eastAsia="ko-KR"/>
        </w:rPr>
        <w:t>.</w:t>
      </w:r>
    </w:p>
    <w:p w14:paraId="7DA58406" w14:textId="77777777" w:rsidR="00712D60" w:rsidRPr="009268B6" w:rsidRDefault="005E2FD8">
      <w:pPr>
        <w:spacing w:before="80" w:after="240"/>
        <w:ind w:left="288"/>
        <w:rPr>
          <w:color w:val="auto"/>
          <w:lang w:eastAsia="ko-KR"/>
        </w:rPr>
      </w:pPr>
      <w:r w:rsidRPr="009268B6">
        <w:rPr>
          <w:b/>
          <w:color w:val="auto"/>
          <w:lang w:eastAsia="ko-KR"/>
        </w:rPr>
        <w:t xml:space="preserve">• </w:t>
      </w:r>
      <w:r w:rsidRPr="009268B6">
        <w:rPr>
          <w:b/>
          <w:color w:val="auto"/>
          <w:lang w:eastAsia="ko-KR"/>
        </w:rPr>
        <w:t>핵심</w:t>
      </w:r>
      <w:r w:rsidRPr="009268B6">
        <w:rPr>
          <w:b/>
          <w:color w:val="auto"/>
          <w:lang w:eastAsia="ko-KR"/>
        </w:rPr>
        <w:t xml:space="preserve"> </w:t>
      </w:r>
      <w:r w:rsidRPr="009268B6">
        <w:rPr>
          <w:b/>
          <w:color w:val="auto"/>
          <w:lang w:eastAsia="ko-KR"/>
        </w:rPr>
        <w:t>이의</w:t>
      </w:r>
      <w:r w:rsidRPr="009268B6">
        <w:rPr>
          <w:b/>
          <w:color w:val="auto"/>
          <w:lang w:eastAsia="ko-KR"/>
        </w:rPr>
        <w:t xml:space="preserve"> </w:t>
      </w:r>
      <w:r w:rsidRPr="009268B6">
        <w:rPr>
          <w:b/>
          <w:color w:val="auto"/>
          <w:lang w:eastAsia="ko-KR"/>
        </w:rPr>
        <w:t>사유</w:t>
      </w:r>
      <w:r w:rsidRPr="009268B6">
        <w:rPr>
          <w:b/>
          <w:color w:val="auto"/>
          <w:lang w:eastAsia="ko-KR"/>
        </w:rPr>
        <w:t xml:space="preserve"> </w:t>
      </w:r>
      <w:r w:rsidRPr="009268B6">
        <w:rPr>
          <w:b/>
          <w:color w:val="auto"/>
          <w:lang w:eastAsia="ko-KR"/>
        </w:rPr>
        <w:t>요약</w:t>
      </w:r>
      <w:r w:rsidRPr="009268B6">
        <w:rPr>
          <w:b/>
          <w:color w:val="auto"/>
          <w:lang w:eastAsia="ko-KR"/>
        </w:rPr>
        <w:t xml:space="preserve">: </w:t>
      </w:r>
      <w:r w:rsidRPr="009268B6">
        <w:rPr>
          <w:color w:val="auto"/>
          <w:sz w:val="19"/>
          <w:lang w:eastAsia="ko-KR"/>
        </w:rPr>
        <w:t>심사위원</w:t>
      </w:r>
      <w:r w:rsidRPr="009268B6">
        <w:rPr>
          <w:color w:val="auto"/>
          <w:sz w:val="19"/>
          <w:lang w:eastAsia="ko-KR"/>
        </w:rPr>
        <w:t xml:space="preserve"> A</w:t>
      </w:r>
      <w:r w:rsidRPr="009268B6">
        <w:rPr>
          <w:color w:val="auto"/>
          <w:sz w:val="19"/>
          <w:lang w:eastAsia="ko-KR"/>
        </w:rPr>
        <w:t>의</w:t>
      </w:r>
      <w:r w:rsidRPr="009268B6">
        <w:rPr>
          <w:color w:val="auto"/>
          <w:sz w:val="19"/>
          <w:lang w:eastAsia="ko-KR"/>
        </w:rPr>
        <w:t xml:space="preserve"> </w:t>
      </w:r>
      <w:r w:rsidRPr="009268B6">
        <w:rPr>
          <w:color w:val="auto"/>
          <w:sz w:val="19"/>
          <w:lang w:eastAsia="ko-KR"/>
        </w:rPr>
        <w:t>표본</w:t>
      </w:r>
      <w:r w:rsidRPr="009268B6">
        <w:rPr>
          <w:color w:val="auto"/>
          <w:sz w:val="19"/>
          <w:lang w:eastAsia="ko-KR"/>
        </w:rPr>
        <w:t xml:space="preserve"> </w:t>
      </w:r>
      <w:r w:rsidRPr="009268B6">
        <w:rPr>
          <w:color w:val="auto"/>
          <w:sz w:val="19"/>
          <w:lang w:eastAsia="ko-KR"/>
        </w:rPr>
        <w:t>추출</w:t>
      </w:r>
      <w:r w:rsidRPr="009268B6">
        <w:rPr>
          <w:color w:val="auto"/>
          <w:sz w:val="19"/>
          <w:lang w:eastAsia="ko-KR"/>
        </w:rPr>
        <w:t xml:space="preserve"> </w:t>
      </w:r>
      <w:r w:rsidRPr="009268B6">
        <w:rPr>
          <w:color w:val="auto"/>
          <w:sz w:val="19"/>
          <w:lang w:eastAsia="ko-KR"/>
        </w:rPr>
        <w:t>관련</w:t>
      </w:r>
      <w:r w:rsidRPr="009268B6">
        <w:rPr>
          <w:color w:val="auto"/>
          <w:sz w:val="19"/>
          <w:lang w:eastAsia="ko-KR"/>
        </w:rPr>
        <w:t xml:space="preserve"> </w:t>
      </w:r>
      <w:r w:rsidRPr="009268B6">
        <w:rPr>
          <w:color w:val="auto"/>
          <w:sz w:val="19"/>
          <w:lang w:eastAsia="ko-KR"/>
        </w:rPr>
        <w:t>연구방법론</w:t>
      </w:r>
      <w:r w:rsidRPr="009268B6">
        <w:rPr>
          <w:color w:val="auto"/>
          <w:sz w:val="19"/>
          <w:lang w:eastAsia="ko-KR"/>
        </w:rPr>
        <w:t xml:space="preserve"> </w:t>
      </w:r>
      <w:r w:rsidRPr="009268B6">
        <w:rPr>
          <w:color w:val="auto"/>
          <w:sz w:val="19"/>
          <w:lang w:eastAsia="ko-KR"/>
        </w:rPr>
        <w:t>지적에</w:t>
      </w:r>
      <w:r w:rsidRPr="009268B6">
        <w:rPr>
          <w:color w:val="auto"/>
          <w:sz w:val="19"/>
          <w:lang w:eastAsia="ko-KR"/>
        </w:rPr>
        <w:t xml:space="preserve"> </w:t>
      </w:r>
      <w:r w:rsidRPr="009268B6">
        <w:rPr>
          <w:color w:val="auto"/>
          <w:sz w:val="19"/>
          <w:lang w:eastAsia="ko-KR"/>
        </w:rPr>
        <w:t>대한</w:t>
      </w:r>
      <w:r w:rsidRPr="009268B6">
        <w:rPr>
          <w:color w:val="auto"/>
          <w:sz w:val="19"/>
          <w:lang w:eastAsia="ko-KR"/>
        </w:rPr>
        <w:t xml:space="preserve"> </w:t>
      </w:r>
      <w:r w:rsidRPr="009268B6">
        <w:rPr>
          <w:color w:val="auto"/>
          <w:sz w:val="19"/>
          <w:lang w:eastAsia="ko-KR"/>
        </w:rPr>
        <w:t>사실오인</w:t>
      </w:r>
      <w:r w:rsidRPr="009268B6">
        <w:rPr>
          <w:color w:val="auto"/>
          <w:sz w:val="19"/>
          <w:lang w:eastAsia="ko-KR"/>
        </w:rPr>
        <w:t xml:space="preserve"> </w:t>
      </w:r>
      <w:r w:rsidRPr="009268B6">
        <w:rPr>
          <w:color w:val="auto"/>
          <w:sz w:val="19"/>
          <w:lang w:eastAsia="ko-KR"/>
        </w:rPr>
        <w:t>소명</w:t>
      </w:r>
      <w:r w:rsidRPr="009268B6">
        <w:rPr>
          <w:color w:val="auto"/>
          <w:sz w:val="19"/>
          <w:lang w:eastAsia="ko-KR"/>
        </w:rPr>
        <w:t xml:space="preserve"> </w:t>
      </w:r>
      <w:r w:rsidRPr="009268B6">
        <w:rPr>
          <w:color w:val="auto"/>
          <w:sz w:val="19"/>
          <w:lang w:eastAsia="ko-KR"/>
        </w:rPr>
        <w:t>및</w:t>
      </w:r>
      <w:r w:rsidRPr="009268B6">
        <w:rPr>
          <w:color w:val="auto"/>
          <w:sz w:val="19"/>
          <w:lang w:eastAsia="ko-KR"/>
        </w:rPr>
        <w:t xml:space="preserve"> </w:t>
      </w:r>
      <w:r w:rsidRPr="009268B6">
        <w:rPr>
          <w:color w:val="auto"/>
          <w:sz w:val="19"/>
          <w:lang w:eastAsia="ko-KR"/>
        </w:rPr>
        <w:t>심사위원</w:t>
      </w:r>
      <w:r w:rsidRPr="009268B6">
        <w:rPr>
          <w:color w:val="auto"/>
          <w:sz w:val="19"/>
          <w:lang w:eastAsia="ko-KR"/>
        </w:rPr>
        <w:t xml:space="preserve"> B</w:t>
      </w:r>
      <w:r w:rsidRPr="009268B6">
        <w:rPr>
          <w:color w:val="auto"/>
          <w:sz w:val="19"/>
          <w:lang w:eastAsia="ko-KR"/>
        </w:rPr>
        <w:t>의</w:t>
      </w:r>
      <w:r w:rsidRPr="009268B6">
        <w:rPr>
          <w:color w:val="auto"/>
          <w:sz w:val="19"/>
          <w:lang w:eastAsia="ko-KR"/>
        </w:rPr>
        <w:t xml:space="preserve"> </w:t>
      </w:r>
      <w:r w:rsidRPr="009268B6">
        <w:rPr>
          <w:color w:val="auto"/>
          <w:sz w:val="19"/>
          <w:lang w:eastAsia="ko-KR"/>
        </w:rPr>
        <w:t>회귀분석</w:t>
      </w:r>
      <w:r w:rsidRPr="009268B6">
        <w:rPr>
          <w:color w:val="auto"/>
          <w:sz w:val="19"/>
          <w:lang w:eastAsia="ko-KR"/>
        </w:rPr>
        <w:t xml:space="preserve"> </w:t>
      </w:r>
      <w:proofErr w:type="spellStart"/>
      <w:r w:rsidRPr="009268B6">
        <w:rPr>
          <w:color w:val="auto"/>
          <w:sz w:val="19"/>
          <w:lang w:eastAsia="ko-KR"/>
        </w:rPr>
        <w:t>다중공선성</w:t>
      </w:r>
      <w:proofErr w:type="spellEnd"/>
      <w:r w:rsidRPr="009268B6">
        <w:rPr>
          <w:color w:val="auto"/>
          <w:sz w:val="19"/>
          <w:lang w:eastAsia="ko-KR"/>
        </w:rPr>
        <w:t xml:space="preserve"> </w:t>
      </w:r>
      <w:r w:rsidRPr="009268B6">
        <w:rPr>
          <w:color w:val="auto"/>
          <w:sz w:val="19"/>
          <w:lang w:eastAsia="ko-KR"/>
        </w:rPr>
        <w:t>검증</w:t>
      </w:r>
      <w:r w:rsidRPr="009268B6">
        <w:rPr>
          <w:color w:val="auto"/>
          <w:sz w:val="19"/>
          <w:lang w:eastAsia="ko-KR"/>
        </w:rPr>
        <w:t xml:space="preserve"> </w:t>
      </w:r>
      <w:r w:rsidRPr="009268B6">
        <w:rPr>
          <w:color w:val="auto"/>
          <w:sz w:val="19"/>
          <w:lang w:eastAsia="ko-KR"/>
        </w:rPr>
        <w:t>관련</w:t>
      </w:r>
      <w:r w:rsidRPr="009268B6">
        <w:rPr>
          <w:color w:val="auto"/>
          <w:sz w:val="19"/>
          <w:lang w:eastAsia="ko-KR"/>
        </w:rPr>
        <w:t xml:space="preserve"> </w:t>
      </w:r>
      <w:r w:rsidRPr="009268B6">
        <w:rPr>
          <w:color w:val="auto"/>
          <w:sz w:val="19"/>
          <w:lang w:eastAsia="ko-KR"/>
        </w:rPr>
        <w:t>오류</w:t>
      </w:r>
      <w:r w:rsidRPr="009268B6">
        <w:rPr>
          <w:color w:val="auto"/>
          <w:sz w:val="19"/>
          <w:lang w:eastAsia="ko-KR"/>
        </w:rPr>
        <w:t xml:space="preserve"> </w:t>
      </w:r>
      <w:r w:rsidRPr="009268B6">
        <w:rPr>
          <w:color w:val="auto"/>
          <w:sz w:val="19"/>
          <w:lang w:eastAsia="ko-KR"/>
        </w:rPr>
        <w:t>지적에</w:t>
      </w:r>
      <w:r w:rsidRPr="009268B6">
        <w:rPr>
          <w:color w:val="auto"/>
          <w:sz w:val="19"/>
          <w:lang w:eastAsia="ko-KR"/>
        </w:rPr>
        <w:t xml:space="preserve"> </w:t>
      </w:r>
      <w:r w:rsidRPr="009268B6">
        <w:rPr>
          <w:color w:val="auto"/>
          <w:sz w:val="19"/>
          <w:lang w:eastAsia="ko-KR"/>
        </w:rPr>
        <w:t>대한</w:t>
      </w:r>
      <w:r w:rsidRPr="009268B6">
        <w:rPr>
          <w:color w:val="auto"/>
          <w:sz w:val="19"/>
          <w:lang w:eastAsia="ko-KR"/>
        </w:rPr>
        <w:t xml:space="preserve"> </w:t>
      </w:r>
      <w:r w:rsidRPr="009268B6">
        <w:rPr>
          <w:color w:val="auto"/>
          <w:sz w:val="19"/>
          <w:lang w:eastAsia="ko-KR"/>
        </w:rPr>
        <w:t>객관적</w:t>
      </w:r>
      <w:r w:rsidRPr="009268B6">
        <w:rPr>
          <w:color w:val="auto"/>
          <w:sz w:val="19"/>
          <w:lang w:eastAsia="ko-KR"/>
        </w:rPr>
        <w:t xml:space="preserve"> </w:t>
      </w:r>
      <w:r w:rsidRPr="009268B6">
        <w:rPr>
          <w:color w:val="auto"/>
          <w:sz w:val="19"/>
          <w:lang w:eastAsia="ko-KR"/>
        </w:rPr>
        <w:t>수치</w:t>
      </w:r>
      <w:r w:rsidRPr="009268B6">
        <w:rPr>
          <w:color w:val="auto"/>
          <w:sz w:val="19"/>
          <w:lang w:eastAsia="ko-KR"/>
        </w:rPr>
        <w:t xml:space="preserve"> </w:t>
      </w:r>
      <w:r w:rsidRPr="009268B6">
        <w:rPr>
          <w:color w:val="auto"/>
          <w:sz w:val="19"/>
          <w:lang w:eastAsia="ko-KR"/>
        </w:rPr>
        <w:t>증명</w:t>
      </w:r>
      <w:r w:rsidRPr="009268B6">
        <w:rPr>
          <w:color w:val="auto"/>
          <w:sz w:val="19"/>
          <w:lang w:eastAsia="ko-KR"/>
        </w:rPr>
        <w:t>.</w:t>
      </w:r>
    </w:p>
    <w:p w14:paraId="51C6D42A" w14:textId="77777777" w:rsidR="00712D60" w:rsidRPr="009268B6" w:rsidRDefault="005E2FD8">
      <w:pPr>
        <w:keepNext/>
        <w:spacing w:before="320" w:after="160"/>
        <w:rPr>
          <w:color w:val="auto"/>
          <w:lang w:eastAsia="ko-KR"/>
        </w:rPr>
      </w:pPr>
      <w:r w:rsidRPr="009268B6">
        <w:rPr>
          <w:b/>
          <w:color w:val="auto"/>
          <w:sz w:val="26"/>
          <w:lang w:eastAsia="ko-KR"/>
        </w:rPr>
        <w:t xml:space="preserve">3. </w:t>
      </w:r>
      <w:r w:rsidRPr="009268B6">
        <w:rPr>
          <w:b/>
          <w:color w:val="auto"/>
          <w:sz w:val="26"/>
          <w:lang w:eastAsia="ko-KR"/>
        </w:rPr>
        <w:t>심사</w:t>
      </w:r>
      <w:r w:rsidRPr="009268B6">
        <w:rPr>
          <w:b/>
          <w:color w:val="auto"/>
          <w:sz w:val="26"/>
          <w:lang w:eastAsia="ko-KR"/>
        </w:rPr>
        <w:t xml:space="preserve"> </w:t>
      </w:r>
      <w:r w:rsidRPr="009268B6">
        <w:rPr>
          <w:b/>
          <w:color w:val="auto"/>
          <w:sz w:val="26"/>
          <w:lang w:eastAsia="ko-KR"/>
        </w:rPr>
        <w:t>지적</w:t>
      </w:r>
      <w:r w:rsidRPr="009268B6">
        <w:rPr>
          <w:b/>
          <w:color w:val="auto"/>
          <w:sz w:val="26"/>
          <w:lang w:eastAsia="ko-KR"/>
        </w:rPr>
        <w:t xml:space="preserve"> </w:t>
      </w:r>
      <w:r w:rsidRPr="009268B6">
        <w:rPr>
          <w:b/>
          <w:color w:val="auto"/>
          <w:sz w:val="26"/>
          <w:lang w:eastAsia="ko-KR"/>
        </w:rPr>
        <w:t>사항별</w:t>
      </w:r>
      <w:r w:rsidRPr="009268B6">
        <w:rPr>
          <w:b/>
          <w:color w:val="auto"/>
          <w:sz w:val="26"/>
          <w:lang w:eastAsia="ko-KR"/>
        </w:rPr>
        <w:t xml:space="preserve"> </w:t>
      </w:r>
      <w:r w:rsidRPr="009268B6">
        <w:rPr>
          <w:b/>
          <w:color w:val="auto"/>
          <w:sz w:val="26"/>
          <w:lang w:eastAsia="ko-KR"/>
        </w:rPr>
        <w:t>구체적</w:t>
      </w:r>
      <w:r w:rsidRPr="009268B6">
        <w:rPr>
          <w:b/>
          <w:color w:val="auto"/>
          <w:sz w:val="26"/>
          <w:lang w:eastAsia="ko-KR"/>
        </w:rPr>
        <w:t xml:space="preserve"> </w:t>
      </w:r>
      <w:r w:rsidRPr="009268B6">
        <w:rPr>
          <w:b/>
          <w:color w:val="auto"/>
          <w:sz w:val="26"/>
          <w:lang w:eastAsia="ko-KR"/>
        </w:rPr>
        <w:t>반론</w:t>
      </w:r>
      <w:r w:rsidRPr="009268B6">
        <w:rPr>
          <w:b/>
          <w:color w:val="auto"/>
          <w:sz w:val="26"/>
          <w:lang w:eastAsia="ko-KR"/>
        </w:rPr>
        <w:t xml:space="preserve"> </w:t>
      </w:r>
      <w:r w:rsidRPr="009268B6">
        <w:rPr>
          <w:b/>
          <w:color w:val="auto"/>
          <w:sz w:val="26"/>
          <w:lang w:eastAsia="ko-KR"/>
        </w:rPr>
        <w:t>및</w:t>
      </w:r>
      <w:r w:rsidRPr="009268B6">
        <w:rPr>
          <w:b/>
          <w:color w:val="auto"/>
          <w:sz w:val="26"/>
          <w:lang w:eastAsia="ko-KR"/>
        </w:rPr>
        <w:t xml:space="preserve"> </w:t>
      </w:r>
      <w:r w:rsidRPr="009268B6">
        <w:rPr>
          <w:b/>
          <w:color w:val="auto"/>
          <w:sz w:val="26"/>
          <w:lang w:eastAsia="ko-KR"/>
        </w:rPr>
        <w:t>소명</w:t>
      </w:r>
      <w:r w:rsidRPr="009268B6">
        <w:rPr>
          <w:b/>
          <w:color w:val="auto"/>
          <w:sz w:val="26"/>
          <w:lang w:eastAsia="ko-KR"/>
        </w:rPr>
        <w:t xml:space="preserve"> </w:t>
      </w:r>
      <w:r w:rsidRPr="009268B6">
        <w:rPr>
          <w:b/>
          <w:color w:val="auto"/>
          <w:sz w:val="26"/>
          <w:lang w:eastAsia="ko-KR"/>
        </w:rPr>
        <w:t>내역</w:t>
      </w:r>
    </w:p>
    <w:tbl>
      <w:tblPr>
        <w:tblW w:w="0" w:type="auto"/>
        <w:jc w:val="center"/>
        <w:tblBorders>
          <w:top w:val="single" w:sz="6" w:space="0" w:color="B0C4DE"/>
          <w:bottom w:val="single" w:sz="6" w:space="0" w:color="B0C4DE"/>
          <w:insideH w:val="single" w:sz="6" w:space="0" w:color="B0C4DE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3168"/>
        <w:gridCol w:w="3600"/>
        <w:gridCol w:w="1152"/>
      </w:tblGrid>
      <w:tr w:rsidR="009268B6" w:rsidRPr="009268B6" w14:paraId="724B485D" w14:textId="77777777">
        <w:trPr>
          <w:jc w:val="center"/>
        </w:trPr>
        <w:tc>
          <w:tcPr>
            <w:tcW w:w="1440" w:type="dxa"/>
            <w:shd w:val="clear" w:color="auto" w:fill="1A365D"/>
          </w:tcPr>
          <w:p w14:paraId="53C61E02" w14:textId="77777777" w:rsidR="00712D60" w:rsidRPr="009268B6" w:rsidRDefault="005E2FD8">
            <w:pPr>
              <w:spacing w:before="120" w:after="120"/>
              <w:jc w:val="center"/>
              <w:rPr>
                <w:color w:val="auto"/>
              </w:rPr>
            </w:pPr>
            <w:proofErr w:type="spellStart"/>
            <w:r w:rsidRPr="009268B6">
              <w:rPr>
                <w:b/>
                <w:color w:val="auto"/>
                <w:sz w:val="18"/>
              </w:rPr>
              <w:t>구분</w:t>
            </w:r>
            <w:proofErr w:type="spellEnd"/>
          </w:p>
        </w:tc>
        <w:tc>
          <w:tcPr>
            <w:tcW w:w="3168" w:type="dxa"/>
            <w:shd w:val="clear" w:color="auto" w:fill="1A365D"/>
          </w:tcPr>
          <w:p w14:paraId="727A08E4" w14:textId="77777777" w:rsidR="00712D60" w:rsidRPr="009268B6" w:rsidRDefault="005E2FD8">
            <w:pPr>
              <w:spacing w:before="120" w:after="120"/>
              <w:jc w:val="center"/>
              <w:rPr>
                <w:color w:val="auto"/>
              </w:rPr>
            </w:pPr>
            <w:r w:rsidRPr="009268B6">
              <w:rPr>
                <w:b/>
                <w:color w:val="auto"/>
                <w:sz w:val="18"/>
              </w:rPr>
              <w:t>심사위원</w:t>
            </w:r>
            <w:r w:rsidRPr="009268B6">
              <w:rPr>
                <w:b/>
                <w:color w:val="auto"/>
                <w:sz w:val="18"/>
              </w:rPr>
              <w:t xml:space="preserve"> </w:t>
            </w:r>
            <w:r w:rsidRPr="009268B6">
              <w:rPr>
                <w:b/>
                <w:color w:val="auto"/>
                <w:sz w:val="18"/>
              </w:rPr>
              <w:t>지적</w:t>
            </w:r>
            <w:r w:rsidRPr="009268B6">
              <w:rPr>
                <w:b/>
                <w:color w:val="auto"/>
                <w:sz w:val="18"/>
              </w:rPr>
              <w:t xml:space="preserve"> </w:t>
            </w:r>
            <w:r w:rsidRPr="009268B6">
              <w:rPr>
                <w:b/>
                <w:color w:val="auto"/>
                <w:sz w:val="18"/>
              </w:rPr>
              <w:t>사항</w:t>
            </w:r>
          </w:p>
        </w:tc>
        <w:tc>
          <w:tcPr>
            <w:tcW w:w="3600" w:type="dxa"/>
            <w:shd w:val="clear" w:color="auto" w:fill="1A365D"/>
          </w:tcPr>
          <w:p w14:paraId="4EB40EAF" w14:textId="77777777" w:rsidR="00712D60" w:rsidRPr="009268B6" w:rsidRDefault="005E2FD8">
            <w:pPr>
              <w:spacing w:before="120" w:after="120"/>
              <w:jc w:val="center"/>
              <w:rPr>
                <w:color w:val="auto"/>
                <w:lang w:eastAsia="ko-KR"/>
              </w:rPr>
            </w:pPr>
            <w:r w:rsidRPr="009268B6">
              <w:rPr>
                <w:b/>
                <w:color w:val="auto"/>
                <w:sz w:val="18"/>
                <w:lang w:eastAsia="ko-KR"/>
              </w:rPr>
              <w:t>투고자</w:t>
            </w:r>
            <w:r w:rsidRPr="009268B6">
              <w:rPr>
                <w:b/>
                <w:color w:val="auto"/>
                <w:sz w:val="18"/>
                <w:lang w:eastAsia="ko-KR"/>
              </w:rPr>
              <w:t xml:space="preserve"> </w:t>
            </w:r>
            <w:r w:rsidRPr="009268B6">
              <w:rPr>
                <w:b/>
                <w:color w:val="auto"/>
                <w:sz w:val="18"/>
                <w:lang w:eastAsia="ko-KR"/>
              </w:rPr>
              <w:t>반론</w:t>
            </w:r>
            <w:r w:rsidRPr="009268B6">
              <w:rPr>
                <w:b/>
                <w:color w:val="auto"/>
                <w:sz w:val="18"/>
                <w:lang w:eastAsia="ko-KR"/>
              </w:rPr>
              <w:t xml:space="preserve"> </w:t>
            </w:r>
            <w:r w:rsidRPr="009268B6">
              <w:rPr>
                <w:b/>
                <w:color w:val="auto"/>
                <w:sz w:val="18"/>
                <w:lang w:eastAsia="ko-KR"/>
              </w:rPr>
              <w:t>및</w:t>
            </w:r>
            <w:r w:rsidRPr="009268B6">
              <w:rPr>
                <w:b/>
                <w:color w:val="auto"/>
                <w:sz w:val="18"/>
                <w:lang w:eastAsia="ko-KR"/>
              </w:rPr>
              <w:t xml:space="preserve"> </w:t>
            </w:r>
            <w:r w:rsidRPr="009268B6">
              <w:rPr>
                <w:b/>
                <w:color w:val="auto"/>
                <w:sz w:val="18"/>
                <w:lang w:eastAsia="ko-KR"/>
              </w:rPr>
              <w:t>객관적</w:t>
            </w:r>
            <w:r w:rsidRPr="009268B6">
              <w:rPr>
                <w:b/>
                <w:color w:val="auto"/>
                <w:sz w:val="18"/>
                <w:lang w:eastAsia="ko-KR"/>
              </w:rPr>
              <w:t xml:space="preserve"> </w:t>
            </w:r>
            <w:r w:rsidRPr="009268B6">
              <w:rPr>
                <w:b/>
                <w:color w:val="auto"/>
                <w:sz w:val="18"/>
                <w:lang w:eastAsia="ko-KR"/>
              </w:rPr>
              <w:t>소명</w:t>
            </w:r>
            <w:r w:rsidRPr="009268B6">
              <w:rPr>
                <w:b/>
                <w:color w:val="auto"/>
                <w:sz w:val="18"/>
                <w:lang w:eastAsia="ko-KR"/>
              </w:rPr>
              <w:t xml:space="preserve"> </w:t>
            </w:r>
            <w:r w:rsidRPr="009268B6">
              <w:rPr>
                <w:b/>
                <w:color w:val="auto"/>
                <w:sz w:val="18"/>
                <w:lang w:eastAsia="ko-KR"/>
              </w:rPr>
              <w:t>근거</w:t>
            </w:r>
          </w:p>
        </w:tc>
        <w:tc>
          <w:tcPr>
            <w:tcW w:w="1152" w:type="dxa"/>
            <w:shd w:val="clear" w:color="auto" w:fill="1A365D"/>
          </w:tcPr>
          <w:p w14:paraId="6CA43327" w14:textId="77777777" w:rsidR="00712D60" w:rsidRPr="009268B6" w:rsidRDefault="005E2FD8">
            <w:pPr>
              <w:spacing w:before="120" w:after="120"/>
              <w:jc w:val="center"/>
              <w:rPr>
                <w:color w:val="auto"/>
              </w:rPr>
            </w:pPr>
            <w:proofErr w:type="spellStart"/>
            <w:r w:rsidRPr="009268B6">
              <w:rPr>
                <w:b/>
                <w:color w:val="auto"/>
                <w:sz w:val="18"/>
              </w:rPr>
              <w:t>비고</w:t>
            </w:r>
            <w:proofErr w:type="spellEnd"/>
            <w:r w:rsidRPr="009268B6">
              <w:rPr>
                <w:b/>
                <w:color w:val="auto"/>
                <w:sz w:val="18"/>
              </w:rPr>
              <w:t xml:space="preserve"> (</w:t>
            </w:r>
            <w:proofErr w:type="spellStart"/>
            <w:r w:rsidRPr="009268B6">
              <w:rPr>
                <w:b/>
                <w:color w:val="auto"/>
                <w:sz w:val="18"/>
              </w:rPr>
              <w:t>쪽수</w:t>
            </w:r>
            <w:proofErr w:type="spellEnd"/>
            <w:r w:rsidRPr="009268B6">
              <w:rPr>
                <w:b/>
                <w:color w:val="auto"/>
                <w:sz w:val="18"/>
              </w:rPr>
              <w:t>)</w:t>
            </w:r>
          </w:p>
        </w:tc>
      </w:tr>
      <w:tr w:rsidR="009268B6" w:rsidRPr="009268B6" w14:paraId="296ED79F" w14:textId="77777777">
        <w:trPr>
          <w:jc w:val="center"/>
        </w:trPr>
        <w:tc>
          <w:tcPr>
            <w:tcW w:w="1440" w:type="dxa"/>
            <w:shd w:val="clear" w:color="auto" w:fill="FFFFFF"/>
          </w:tcPr>
          <w:p w14:paraId="4D2418E3" w14:textId="77777777" w:rsidR="00712D60" w:rsidRPr="009268B6" w:rsidRDefault="005E2FD8">
            <w:pPr>
              <w:spacing w:before="100" w:after="100"/>
              <w:jc w:val="center"/>
              <w:rPr>
                <w:color w:val="auto"/>
              </w:rPr>
            </w:pPr>
            <w:proofErr w:type="spellStart"/>
            <w:r w:rsidRPr="009268B6">
              <w:rPr>
                <w:b/>
                <w:color w:val="auto"/>
                <w:sz w:val="17"/>
              </w:rPr>
              <w:t>심사위원</w:t>
            </w:r>
            <w:proofErr w:type="spellEnd"/>
            <w:r w:rsidRPr="009268B6">
              <w:rPr>
                <w:b/>
                <w:color w:val="auto"/>
                <w:sz w:val="17"/>
              </w:rPr>
              <w:t xml:space="preserve"> A</w:t>
            </w:r>
          </w:p>
        </w:tc>
        <w:tc>
          <w:tcPr>
            <w:tcW w:w="3168" w:type="dxa"/>
            <w:shd w:val="clear" w:color="auto" w:fill="FFFFFF"/>
          </w:tcPr>
          <w:p w14:paraId="7CDB951A" w14:textId="77777777" w:rsidR="00712D60" w:rsidRPr="009268B6" w:rsidRDefault="005E2FD8">
            <w:pPr>
              <w:spacing w:before="100" w:after="100"/>
              <w:rPr>
                <w:color w:val="auto"/>
                <w:lang w:eastAsia="ko-KR"/>
              </w:rPr>
            </w:pPr>
            <w:r w:rsidRPr="009268B6">
              <w:rPr>
                <w:color w:val="auto"/>
                <w:sz w:val="17"/>
                <w:lang w:eastAsia="ko-KR"/>
              </w:rPr>
              <w:t>표본</w:t>
            </w:r>
            <w:r w:rsidRPr="009268B6">
              <w:rPr>
                <w:color w:val="auto"/>
                <w:sz w:val="17"/>
                <w:lang w:eastAsia="ko-KR"/>
              </w:rPr>
              <w:t xml:space="preserve"> </w:t>
            </w:r>
            <w:r w:rsidRPr="009268B6">
              <w:rPr>
                <w:color w:val="auto"/>
                <w:sz w:val="17"/>
                <w:lang w:eastAsia="ko-KR"/>
              </w:rPr>
              <w:t>추출</w:t>
            </w:r>
            <w:r w:rsidRPr="009268B6">
              <w:rPr>
                <w:color w:val="auto"/>
                <w:sz w:val="17"/>
                <w:lang w:eastAsia="ko-KR"/>
              </w:rPr>
              <w:t xml:space="preserve"> </w:t>
            </w:r>
            <w:r w:rsidRPr="009268B6">
              <w:rPr>
                <w:color w:val="auto"/>
                <w:sz w:val="17"/>
                <w:lang w:eastAsia="ko-KR"/>
              </w:rPr>
              <w:t>방식의</w:t>
            </w:r>
            <w:r w:rsidRPr="009268B6">
              <w:rPr>
                <w:color w:val="auto"/>
                <w:sz w:val="17"/>
                <w:lang w:eastAsia="ko-KR"/>
              </w:rPr>
              <w:t xml:space="preserve"> </w:t>
            </w:r>
            <w:r w:rsidRPr="009268B6">
              <w:rPr>
                <w:color w:val="auto"/>
                <w:sz w:val="17"/>
                <w:lang w:eastAsia="ko-KR"/>
              </w:rPr>
              <w:t>대표성이</w:t>
            </w:r>
            <w:r w:rsidRPr="009268B6">
              <w:rPr>
                <w:color w:val="auto"/>
                <w:sz w:val="17"/>
                <w:lang w:eastAsia="ko-KR"/>
              </w:rPr>
              <w:t xml:space="preserve"> </w:t>
            </w:r>
            <w:r w:rsidRPr="009268B6">
              <w:rPr>
                <w:color w:val="auto"/>
                <w:sz w:val="17"/>
                <w:lang w:eastAsia="ko-KR"/>
              </w:rPr>
              <w:t>부족하여</w:t>
            </w:r>
            <w:r w:rsidRPr="009268B6">
              <w:rPr>
                <w:color w:val="auto"/>
                <w:sz w:val="17"/>
                <w:lang w:eastAsia="ko-KR"/>
              </w:rPr>
              <w:t xml:space="preserve"> </w:t>
            </w:r>
            <w:r w:rsidRPr="009268B6">
              <w:rPr>
                <w:color w:val="auto"/>
                <w:sz w:val="17"/>
                <w:lang w:eastAsia="ko-KR"/>
              </w:rPr>
              <w:t>분석</w:t>
            </w:r>
            <w:r w:rsidRPr="009268B6">
              <w:rPr>
                <w:color w:val="auto"/>
                <w:sz w:val="17"/>
                <w:lang w:eastAsia="ko-KR"/>
              </w:rPr>
              <w:t xml:space="preserve"> </w:t>
            </w:r>
            <w:r w:rsidRPr="009268B6">
              <w:rPr>
                <w:color w:val="auto"/>
                <w:sz w:val="17"/>
                <w:lang w:eastAsia="ko-KR"/>
              </w:rPr>
              <w:t>결과를</w:t>
            </w:r>
            <w:r w:rsidRPr="009268B6">
              <w:rPr>
                <w:color w:val="auto"/>
                <w:sz w:val="17"/>
                <w:lang w:eastAsia="ko-KR"/>
              </w:rPr>
              <w:t xml:space="preserve"> </w:t>
            </w:r>
            <w:r w:rsidRPr="009268B6">
              <w:rPr>
                <w:color w:val="auto"/>
                <w:sz w:val="17"/>
                <w:lang w:eastAsia="ko-KR"/>
              </w:rPr>
              <w:t>일반화하기</w:t>
            </w:r>
            <w:r w:rsidRPr="009268B6">
              <w:rPr>
                <w:color w:val="auto"/>
                <w:sz w:val="17"/>
                <w:lang w:eastAsia="ko-KR"/>
              </w:rPr>
              <w:t xml:space="preserve"> </w:t>
            </w:r>
            <w:r w:rsidRPr="009268B6">
              <w:rPr>
                <w:color w:val="auto"/>
                <w:sz w:val="17"/>
                <w:lang w:eastAsia="ko-KR"/>
              </w:rPr>
              <w:t>어려움</w:t>
            </w:r>
            <w:r w:rsidRPr="009268B6">
              <w:rPr>
                <w:color w:val="auto"/>
                <w:sz w:val="17"/>
                <w:lang w:eastAsia="ko-KR"/>
              </w:rPr>
              <w:t>.</w:t>
            </w:r>
          </w:p>
        </w:tc>
        <w:tc>
          <w:tcPr>
            <w:tcW w:w="3600" w:type="dxa"/>
            <w:shd w:val="clear" w:color="auto" w:fill="FFFFFF"/>
          </w:tcPr>
          <w:p w14:paraId="0EF40215" w14:textId="77777777" w:rsidR="00712D60" w:rsidRPr="009268B6" w:rsidRDefault="005E2FD8">
            <w:pPr>
              <w:spacing w:before="100" w:after="100"/>
              <w:rPr>
                <w:color w:val="auto"/>
                <w:lang w:eastAsia="ko-KR"/>
              </w:rPr>
            </w:pPr>
            <w:r w:rsidRPr="009268B6">
              <w:rPr>
                <w:color w:val="auto"/>
                <w:sz w:val="17"/>
                <w:lang w:eastAsia="ko-KR"/>
              </w:rPr>
              <w:t>본</w:t>
            </w:r>
            <w:r w:rsidRPr="009268B6">
              <w:rPr>
                <w:color w:val="auto"/>
                <w:sz w:val="17"/>
                <w:lang w:eastAsia="ko-KR"/>
              </w:rPr>
              <w:t xml:space="preserve"> </w:t>
            </w:r>
            <w:r w:rsidRPr="009268B6">
              <w:rPr>
                <w:color w:val="auto"/>
                <w:sz w:val="17"/>
                <w:lang w:eastAsia="ko-KR"/>
              </w:rPr>
              <w:t>연구는</w:t>
            </w:r>
            <w:r w:rsidRPr="009268B6">
              <w:rPr>
                <w:color w:val="auto"/>
                <w:sz w:val="17"/>
                <w:lang w:eastAsia="ko-KR"/>
              </w:rPr>
              <w:t xml:space="preserve"> OOO(2024)</w:t>
            </w:r>
            <w:r w:rsidRPr="009268B6">
              <w:rPr>
                <w:color w:val="auto"/>
                <w:sz w:val="17"/>
                <w:lang w:eastAsia="ko-KR"/>
              </w:rPr>
              <w:t>의</w:t>
            </w:r>
            <w:r w:rsidRPr="009268B6">
              <w:rPr>
                <w:color w:val="auto"/>
                <w:sz w:val="17"/>
                <w:lang w:eastAsia="ko-KR"/>
              </w:rPr>
              <w:t xml:space="preserve"> </w:t>
            </w:r>
            <w:proofErr w:type="spellStart"/>
            <w:r w:rsidRPr="009268B6">
              <w:rPr>
                <w:color w:val="auto"/>
                <w:sz w:val="17"/>
                <w:lang w:eastAsia="ko-KR"/>
              </w:rPr>
              <w:t>층화임의추출</w:t>
            </w:r>
            <w:proofErr w:type="spellEnd"/>
            <w:r w:rsidRPr="009268B6">
              <w:rPr>
                <w:color w:val="auto"/>
                <w:sz w:val="17"/>
                <w:lang w:eastAsia="ko-KR"/>
              </w:rPr>
              <w:t xml:space="preserve"> </w:t>
            </w:r>
            <w:r w:rsidRPr="009268B6">
              <w:rPr>
                <w:color w:val="auto"/>
                <w:sz w:val="17"/>
                <w:lang w:eastAsia="ko-KR"/>
              </w:rPr>
              <w:t>방식을</w:t>
            </w:r>
            <w:r w:rsidRPr="009268B6">
              <w:rPr>
                <w:color w:val="auto"/>
                <w:sz w:val="17"/>
                <w:lang w:eastAsia="ko-KR"/>
              </w:rPr>
              <w:t xml:space="preserve"> </w:t>
            </w:r>
            <w:r w:rsidRPr="009268B6">
              <w:rPr>
                <w:color w:val="auto"/>
                <w:sz w:val="17"/>
                <w:lang w:eastAsia="ko-KR"/>
              </w:rPr>
              <w:t>준용하여</w:t>
            </w:r>
            <w:r w:rsidRPr="009268B6">
              <w:rPr>
                <w:color w:val="auto"/>
                <w:sz w:val="17"/>
                <w:lang w:eastAsia="ko-KR"/>
              </w:rPr>
              <w:t xml:space="preserve"> </w:t>
            </w:r>
            <w:r w:rsidRPr="009268B6">
              <w:rPr>
                <w:color w:val="auto"/>
                <w:sz w:val="17"/>
                <w:lang w:eastAsia="ko-KR"/>
              </w:rPr>
              <w:t>모집단</w:t>
            </w:r>
            <w:r w:rsidRPr="009268B6">
              <w:rPr>
                <w:color w:val="auto"/>
                <w:sz w:val="17"/>
                <w:lang w:eastAsia="ko-KR"/>
              </w:rPr>
              <w:t xml:space="preserve"> </w:t>
            </w:r>
            <w:r w:rsidRPr="009268B6">
              <w:rPr>
                <w:color w:val="auto"/>
                <w:sz w:val="17"/>
                <w:lang w:eastAsia="ko-KR"/>
              </w:rPr>
              <w:t>성별</w:t>
            </w:r>
            <w:r w:rsidRPr="009268B6">
              <w:rPr>
                <w:color w:val="auto"/>
                <w:sz w:val="17"/>
                <w:lang w:eastAsia="ko-KR"/>
              </w:rPr>
              <w:t>/</w:t>
            </w:r>
            <w:r w:rsidRPr="009268B6">
              <w:rPr>
                <w:color w:val="auto"/>
                <w:sz w:val="17"/>
                <w:lang w:eastAsia="ko-KR"/>
              </w:rPr>
              <w:t>연령</w:t>
            </w:r>
            <w:r w:rsidRPr="009268B6">
              <w:rPr>
                <w:color w:val="auto"/>
                <w:sz w:val="17"/>
                <w:lang w:eastAsia="ko-KR"/>
              </w:rPr>
              <w:t xml:space="preserve"> </w:t>
            </w:r>
            <w:r w:rsidRPr="009268B6">
              <w:rPr>
                <w:color w:val="auto"/>
                <w:sz w:val="17"/>
                <w:lang w:eastAsia="ko-KR"/>
              </w:rPr>
              <w:t>비율을</w:t>
            </w:r>
            <w:r w:rsidRPr="009268B6">
              <w:rPr>
                <w:color w:val="auto"/>
                <w:sz w:val="17"/>
                <w:lang w:eastAsia="ko-KR"/>
              </w:rPr>
              <w:t xml:space="preserve"> </w:t>
            </w:r>
            <w:r w:rsidRPr="009268B6">
              <w:rPr>
                <w:color w:val="auto"/>
                <w:sz w:val="17"/>
                <w:lang w:eastAsia="ko-KR"/>
              </w:rPr>
              <w:t>반영함</w:t>
            </w:r>
            <w:r w:rsidRPr="009268B6">
              <w:rPr>
                <w:color w:val="auto"/>
                <w:sz w:val="17"/>
                <w:lang w:eastAsia="ko-KR"/>
              </w:rPr>
              <w:t xml:space="preserve">. </w:t>
            </w:r>
            <w:r w:rsidRPr="009268B6">
              <w:rPr>
                <w:color w:val="auto"/>
                <w:sz w:val="17"/>
                <w:lang w:eastAsia="ko-KR"/>
              </w:rPr>
              <w:t>심사위원의</w:t>
            </w:r>
            <w:r w:rsidRPr="009268B6">
              <w:rPr>
                <w:color w:val="auto"/>
                <w:sz w:val="17"/>
                <w:lang w:eastAsia="ko-KR"/>
              </w:rPr>
              <w:t xml:space="preserve"> </w:t>
            </w:r>
            <w:r w:rsidRPr="009268B6">
              <w:rPr>
                <w:color w:val="auto"/>
                <w:sz w:val="17"/>
                <w:lang w:eastAsia="ko-KR"/>
              </w:rPr>
              <w:t>지적은</w:t>
            </w:r>
            <w:r w:rsidRPr="009268B6">
              <w:rPr>
                <w:color w:val="auto"/>
                <w:sz w:val="17"/>
                <w:lang w:eastAsia="ko-KR"/>
              </w:rPr>
              <w:t xml:space="preserve"> </w:t>
            </w:r>
            <w:r w:rsidRPr="009268B6">
              <w:rPr>
                <w:color w:val="auto"/>
                <w:sz w:val="17"/>
                <w:lang w:eastAsia="ko-KR"/>
              </w:rPr>
              <w:t>본문</w:t>
            </w:r>
            <w:r w:rsidRPr="009268B6">
              <w:rPr>
                <w:color w:val="auto"/>
                <w:sz w:val="17"/>
                <w:lang w:eastAsia="ko-KR"/>
              </w:rPr>
              <w:t xml:space="preserve"> p.7-8</w:t>
            </w:r>
            <w:r w:rsidRPr="009268B6">
              <w:rPr>
                <w:color w:val="auto"/>
                <w:sz w:val="17"/>
                <w:lang w:eastAsia="ko-KR"/>
              </w:rPr>
              <w:t>의</w:t>
            </w:r>
            <w:r w:rsidRPr="009268B6">
              <w:rPr>
                <w:color w:val="auto"/>
                <w:sz w:val="17"/>
                <w:lang w:eastAsia="ko-KR"/>
              </w:rPr>
              <w:t xml:space="preserve"> </w:t>
            </w:r>
            <w:proofErr w:type="spellStart"/>
            <w:r w:rsidRPr="009268B6">
              <w:rPr>
                <w:color w:val="auto"/>
                <w:sz w:val="17"/>
                <w:lang w:eastAsia="ko-KR"/>
              </w:rPr>
              <w:t>표집</w:t>
            </w:r>
            <w:proofErr w:type="spellEnd"/>
            <w:r w:rsidRPr="009268B6">
              <w:rPr>
                <w:color w:val="auto"/>
                <w:sz w:val="17"/>
                <w:lang w:eastAsia="ko-KR"/>
              </w:rPr>
              <w:t xml:space="preserve"> </w:t>
            </w:r>
            <w:r w:rsidRPr="009268B6">
              <w:rPr>
                <w:color w:val="auto"/>
                <w:sz w:val="17"/>
                <w:lang w:eastAsia="ko-KR"/>
              </w:rPr>
              <w:t>절차에</w:t>
            </w:r>
            <w:r w:rsidRPr="009268B6">
              <w:rPr>
                <w:color w:val="auto"/>
                <w:sz w:val="17"/>
                <w:lang w:eastAsia="ko-KR"/>
              </w:rPr>
              <w:t xml:space="preserve"> </w:t>
            </w:r>
            <w:r w:rsidRPr="009268B6">
              <w:rPr>
                <w:color w:val="auto"/>
                <w:sz w:val="17"/>
                <w:lang w:eastAsia="ko-KR"/>
              </w:rPr>
              <w:t>대한</w:t>
            </w:r>
            <w:r w:rsidRPr="009268B6">
              <w:rPr>
                <w:color w:val="auto"/>
                <w:sz w:val="17"/>
                <w:lang w:eastAsia="ko-KR"/>
              </w:rPr>
              <w:t xml:space="preserve"> </w:t>
            </w:r>
            <w:r w:rsidRPr="009268B6">
              <w:rPr>
                <w:color w:val="auto"/>
                <w:sz w:val="17"/>
                <w:lang w:eastAsia="ko-KR"/>
              </w:rPr>
              <w:t>사실오인에</w:t>
            </w:r>
            <w:r w:rsidRPr="009268B6">
              <w:rPr>
                <w:color w:val="auto"/>
                <w:sz w:val="17"/>
                <w:lang w:eastAsia="ko-KR"/>
              </w:rPr>
              <w:t xml:space="preserve"> </w:t>
            </w:r>
            <w:r w:rsidRPr="009268B6">
              <w:rPr>
                <w:color w:val="auto"/>
                <w:sz w:val="17"/>
                <w:lang w:eastAsia="ko-KR"/>
              </w:rPr>
              <w:t>기인함</w:t>
            </w:r>
            <w:r w:rsidRPr="009268B6">
              <w:rPr>
                <w:color w:val="auto"/>
                <w:sz w:val="17"/>
                <w:lang w:eastAsia="ko-KR"/>
              </w:rPr>
              <w:t>.</w:t>
            </w:r>
          </w:p>
        </w:tc>
        <w:tc>
          <w:tcPr>
            <w:tcW w:w="1152" w:type="dxa"/>
            <w:shd w:val="clear" w:color="auto" w:fill="FFFFFF"/>
          </w:tcPr>
          <w:p w14:paraId="42008804" w14:textId="7E7621F9" w:rsidR="00712D60" w:rsidRPr="009268B6" w:rsidRDefault="00684D90">
            <w:pPr>
              <w:spacing w:before="100" w:after="100"/>
              <w:jc w:val="center"/>
              <w:rPr>
                <w:color w:val="auto"/>
              </w:rPr>
            </w:pPr>
            <w:r>
              <w:rPr>
                <w:rFonts w:eastAsia="맑은 고딕" w:cs="맑은 고딕" w:hint="eastAsia"/>
                <w:color w:val="auto"/>
                <w:sz w:val="17"/>
                <w:lang w:eastAsia="ko-KR"/>
              </w:rPr>
              <w:t>p</w:t>
            </w:r>
            <w:r w:rsidR="005E2FD8" w:rsidRPr="009268B6">
              <w:rPr>
                <w:color w:val="auto"/>
                <w:sz w:val="17"/>
              </w:rPr>
              <w:t>p.7~8</w:t>
            </w:r>
            <w:r w:rsidR="005E2FD8" w:rsidRPr="009268B6">
              <w:rPr>
                <w:color w:val="auto"/>
                <w:sz w:val="17"/>
              </w:rPr>
              <w:br/>
            </w:r>
            <w:r w:rsidR="005E2FD8" w:rsidRPr="009268B6">
              <w:rPr>
                <w:color w:val="auto"/>
                <w:sz w:val="17"/>
              </w:rPr>
              <w:t>표</w:t>
            </w:r>
            <w:r w:rsidR="005E2FD8" w:rsidRPr="009268B6">
              <w:rPr>
                <w:color w:val="auto"/>
                <w:sz w:val="17"/>
              </w:rPr>
              <w:t xml:space="preserve"> 2</w:t>
            </w:r>
          </w:p>
        </w:tc>
      </w:tr>
      <w:tr w:rsidR="009268B6" w:rsidRPr="009268B6" w14:paraId="5E6F3F05" w14:textId="77777777">
        <w:trPr>
          <w:jc w:val="center"/>
        </w:trPr>
        <w:tc>
          <w:tcPr>
            <w:tcW w:w="1440" w:type="dxa"/>
            <w:shd w:val="clear" w:color="auto" w:fill="F9FAFC"/>
          </w:tcPr>
          <w:p w14:paraId="1C52C442" w14:textId="77777777" w:rsidR="00712D60" w:rsidRPr="009268B6" w:rsidRDefault="005E2FD8">
            <w:pPr>
              <w:spacing w:before="100" w:after="100"/>
              <w:jc w:val="center"/>
              <w:rPr>
                <w:color w:val="auto"/>
              </w:rPr>
            </w:pPr>
            <w:proofErr w:type="spellStart"/>
            <w:r w:rsidRPr="009268B6">
              <w:rPr>
                <w:b/>
                <w:color w:val="auto"/>
                <w:sz w:val="17"/>
              </w:rPr>
              <w:lastRenderedPageBreak/>
              <w:t>심사위원</w:t>
            </w:r>
            <w:proofErr w:type="spellEnd"/>
            <w:r w:rsidRPr="009268B6">
              <w:rPr>
                <w:b/>
                <w:color w:val="auto"/>
                <w:sz w:val="17"/>
              </w:rPr>
              <w:t xml:space="preserve"> A</w:t>
            </w:r>
          </w:p>
        </w:tc>
        <w:tc>
          <w:tcPr>
            <w:tcW w:w="3168" w:type="dxa"/>
            <w:shd w:val="clear" w:color="auto" w:fill="F9FAFC"/>
          </w:tcPr>
          <w:p w14:paraId="2E3FD51F" w14:textId="77777777" w:rsidR="00712D60" w:rsidRPr="009268B6" w:rsidRDefault="005E2FD8">
            <w:pPr>
              <w:spacing w:before="100" w:after="100"/>
              <w:rPr>
                <w:color w:val="auto"/>
                <w:lang w:eastAsia="ko-KR"/>
              </w:rPr>
            </w:pPr>
            <w:proofErr w:type="spellStart"/>
            <w:r w:rsidRPr="009268B6">
              <w:rPr>
                <w:color w:val="auto"/>
                <w:sz w:val="17"/>
                <w:lang w:eastAsia="ko-KR"/>
              </w:rPr>
              <w:t>종속변인의</w:t>
            </w:r>
            <w:proofErr w:type="spellEnd"/>
            <w:r w:rsidRPr="009268B6">
              <w:rPr>
                <w:color w:val="auto"/>
                <w:sz w:val="17"/>
                <w:lang w:eastAsia="ko-KR"/>
              </w:rPr>
              <w:t xml:space="preserve"> </w:t>
            </w:r>
            <w:r w:rsidRPr="009268B6">
              <w:rPr>
                <w:color w:val="auto"/>
                <w:sz w:val="17"/>
                <w:lang w:eastAsia="ko-KR"/>
              </w:rPr>
              <w:t>개념적</w:t>
            </w:r>
            <w:r w:rsidRPr="009268B6">
              <w:rPr>
                <w:color w:val="auto"/>
                <w:sz w:val="17"/>
                <w:lang w:eastAsia="ko-KR"/>
              </w:rPr>
              <w:t xml:space="preserve"> </w:t>
            </w:r>
            <w:r w:rsidRPr="009268B6">
              <w:rPr>
                <w:color w:val="auto"/>
                <w:sz w:val="17"/>
                <w:lang w:eastAsia="ko-KR"/>
              </w:rPr>
              <w:t>정의가</w:t>
            </w:r>
            <w:r w:rsidRPr="009268B6">
              <w:rPr>
                <w:color w:val="auto"/>
                <w:sz w:val="17"/>
                <w:lang w:eastAsia="ko-KR"/>
              </w:rPr>
              <w:t xml:space="preserve"> </w:t>
            </w:r>
            <w:r w:rsidRPr="009268B6">
              <w:rPr>
                <w:color w:val="auto"/>
                <w:sz w:val="17"/>
                <w:lang w:eastAsia="ko-KR"/>
              </w:rPr>
              <w:t>기존</w:t>
            </w:r>
            <w:r w:rsidRPr="009268B6">
              <w:rPr>
                <w:color w:val="auto"/>
                <w:sz w:val="17"/>
                <w:lang w:eastAsia="ko-KR"/>
              </w:rPr>
              <w:t xml:space="preserve"> </w:t>
            </w:r>
            <w:r w:rsidRPr="009268B6">
              <w:rPr>
                <w:color w:val="auto"/>
                <w:sz w:val="17"/>
                <w:lang w:eastAsia="ko-KR"/>
              </w:rPr>
              <w:t>논의와</w:t>
            </w:r>
            <w:r w:rsidRPr="009268B6">
              <w:rPr>
                <w:color w:val="auto"/>
                <w:sz w:val="17"/>
                <w:lang w:eastAsia="ko-KR"/>
              </w:rPr>
              <w:t xml:space="preserve"> </w:t>
            </w:r>
            <w:r w:rsidRPr="009268B6">
              <w:rPr>
                <w:color w:val="auto"/>
                <w:sz w:val="17"/>
                <w:lang w:eastAsia="ko-KR"/>
              </w:rPr>
              <w:t>다소</w:t>
            </w:r>
            <w:r w:rsidRPr="009268B6">
              <w:rPr>
                <w:color w:val="auto"/>
                <w:sz w:val="17"/>
                <w:lang w:eastAsia="ko-KR"/>
              </w:rPr>
              <w:t xml:space="preserve"> </w:t>
            </w:r>
            <w:r w:rsidRPr="009268B6">
              <w:rPr>
                <w:color w:val="auto"/>
                <w:sz w:val="17"/>
                <w:lang w:eastAsia="ko-KR"/>
              </w:rPr>
              <w:t>불분명함</w:t>
            </w:r>
            <w:r w:rsidRPr="009268B6">
              <w:rPr>
                <w:color w:val="auto"/>
                <w:sz w:val="17"/>
                <w:lang w:eastAsia="ko-KR"/>
              </w:rPr>
              <w:t>.</w:t>
            </w:r>
          </w:p>
        </w:tc>
        <w:tc>
          <w:tcPr>
            <w:tcW w:w="3600" w:type="dxa"/>
            <w:shd w:val="clear" w:color="auto" w:fill="F9FAFC"/>
          </w:tcPr>
          <w:p w14:paraId="61DFC221" w14:textId="77777777" w:rsidR="00712D60" w:rsidRPr="009268B6" w:rsidRDefault="005E2FD8">
            <w:pPr>
              <w:spacing w:before="100" w:after="100"/>
              <w:rPr>
                <w:color w:val="auto"/>
                <w:lang w:eastAsia="ko-KR"/>
              </w:rPr>
            </w:pPr>
            <w:r w:rsidRPr="009268B6">
              <w:rPr>
                <w:color w:val="auto"/>
                <w:sz w:val="17"/>
                <w:lang w:eastAsia="ko-KR"/>
              </w:rPr>
              <w:t>개념적</w:t>
            </w:r>
            <w:r w:rsidRPr="009268B6">
              <w:rPr>
                <w:color w:val="auto"/>
                <w:sz w:val="17"/>
                <w:lang w:eastAsia="ko-KR"/>
              </w:rPr>
              <w:t xml:space="preserve"> </w:t>
            </w:r>
            <w:r w:rsidRPr="009268B6">
              <w:rPr>
                <w:color w:val="auto"/>
                <w:sz w:val="17"/>
                <w:lang w:eastAsia="ko-KR"/>
              </w:rPr>
              <w:t>정의는</w:t>
            </w:r>
            <w:r w:rsidRPr="009268B6">
              <w:rPr>
                <w:color w:val="auto"/>
                <w:sz w:val="17"/>
                <w:lang w:eastAsia="ko-KR"/>
              </w:rPr>
              <w:t xml:space="preserve"> </w:t>
            </w:r>
            <w:proofErr w:type="spellStart"/>
            <w:r w:rsidRPr="009268B6">
              <w:rPr>
                <w:color w:val="auto"/>
                <w:sz w:val="17"/>
                <w:lang w:eastAsia="ko-KR"/>
              </w:rPr>
              <w:t>언론학</w:t>
            </w:r>
            <w:proofErr w:type="spellEnd"/>
            <w:r w:rsidRPr="009268B6">
              <w:rPr>
                <w:color w:val="auto"/>
                <w:sz w:val="17"/>
                <w:lang w:eastAsia="ko-KR"/>
              </w:rPr>
              <w:t xml:space="preserve"> </w:t>
            </w:r>
            <w:r w:rsidRPr="009268B6">
              <w:rPr>
                <w:color w:val="auto"/>
                <w:sz w:val="17"/>
                <w:lang w:eastAsia="ko-KR"/>
              </w:rPr>
              <w:t>대표</w:t>
            </w:r>
            <w:r w:rsidRPr="009268B6">
              <w:rPr>
                <w:color w:val="auto"/>
                <w:sz w:val="17"/>
                <w:lang w:eastAsia="ko-KR"/>
              </w:rPr>
              <w:t xml:space="preserve"> </w:t>
            </w:r>
            <w:r w:rsidRPr="009268B6">
              <w:rPr>
                <w:color w:val="auto"/>
                <w:sz w:val="17"/>
                <w:lang w:eastAsia="ko-KR"/>
              </w:rPr>
              <w:t>연구인</w:t>
            </w:r>
            <w:r w:rsidRPr="009268B6">
              <w:rPr>
                <w:color w:val="auto"/>
                <w:sz w:val="17"/>
                <w:lang w:eastAsia="ko-KR"/>
              </w:rPr>
              <w:t xml:space="preserve"> OOO(2022)</w:t>
            </w:r>
            <w:r w:rsidRPr="009268B6">
              <w:rPr>
                <w:color w:val="auto"/>
                <w:sz w:val="17"/>
                <w:lang w:eastAsia="ko-KR"/>
              </w:rPr>
              <w:t>의</w:t>
            </w:r>
            <w:r w:rsidRPr="009268B6">
              <w:rPr>
                <w:color w:val="auto"/>
                <w:sz w:val="17"/>
                <w:lang w:eastAsia="ko-KR"/>
              </w:rPr>
              <w:t xml:space="preserve"> </w:t>
            </w:r>
            <w:r w:rsidRPr="009268B6">
              <w:rPr>
                <w:color w:val="auto"/>
                <w:sz w:val="17"/>
                <w:lang w:eastAsia="ko-KR"/>
              </w:rPr>
              <w:t>조작적</w:t>
            </w:r>
            <w:r w:rsidRPr="009268B6">
              <w:rPr>
                <w:color w:val="auto"/>
                <w:sz w:val="17"/>
                <w:lang w:eastAsia="ko-KR"/>
              </w:rPr>
              <w:t xml:space="preserve"> </w:t>
            </w:r>
            <w:r w:rsidRPr="009268B6">
              <w:rPr>
                <w:color w:val="auto"/>
                <w:sz w:val="17"/>
                <w:lang w:eastAsia="ko-KR"/>
              </w:rPr>
              <w:t>정의</w:t>
            </w:r>
            <w:r w:rsidRPr="009268B6">
              <w:rPr>
                <w:color w:val="auto"/>
                <w:sz w:val="17"/>
                <w:lang w:eastAsia="ko-KR"/>
              </w:rPr>
              <w:t xml:space="preserve"> </w:t>
            </w:r>
            <w:r w:rsidRPr="009268B6">
              <w:rPr>
                <w:color w:val="auto"/>
                <w:sz w:val="17"/>
                <w:lang w:eastAsia="ko-KR"/>
              </w:rPr>
              <w:t>기준을</w:t>
            </w:r>
            <w:r w:rsidRPr="009268B6">
              <w:rPr>
                <w:color w:val="auto"/>
                <w:sz w:val="17"/>
                <w:lang w:eastAsia="ko-KR"/>
              </w:rPr>
              <w:t xml:space="preserve"> </w:t>
            </w:r>
            <w:r w:rsidRPr="009268B6">
              <w:rPr>
                <w:color w:val="auto"/>
                <w:sz w:val="17"/>
                <w:lang w:eastAsia="ko-KR"/>
              </w:rPr>
              <w:t>따랐으며</w:t>
            </w:r>
            <w:r w:rsidRPr="009268B6">
              <w:rPr>
                <w:color w:val="auto"/>
                <w:sz w:val="17"/>
                <w:lang w:eastAsia="ko-KR"/>
              </w:rPr>
              <w:t xml:space="preserve">, </w:t>
            </w:r>
            <w:r w:rsidRPr="009268B6">
              <w:rPr>
                <w:color w:val="auto"/>
                <w:sz w:val="17"/>
                <w:lang w:eastAsia="ko-KR"/>
              </w:rPr>
              <w:t>관련</w:t>
            </w:r>
            <w:r w:rsidRPr="009268B6">
              <w:rPr>
                <w:color w:val="auto"/>
                <w:sz w:val="17"/>
                <w:lang w:eastAsia="ko-KR"/>
              </w:rPr>
              <w:t xml:space="preserve"> </w:t>
            </w:r>
            <w:r w:rsidRPr="009268B6">
              <w:rPr>
                <w:color w:val="auto"/>
                <w:sz w:val="17"/>
                <w:lang w:eastAsia="ko-KR"/>
              </w:rPr>
              <w:t>내용을</w:t>
            </w:r>
            <w:r w:rsidRPr="009268B6">
              <w:rPr>
                <w:color w:val="auto"/>
                <w:sz w:val="17"/>
                <w:lang w:eastAsia="ko-KR"/>
              </w:rPr>
              <w:t xml:space="preserve"> </w:t>
            </w:r>
            <w:r w:rsidRPr="009268B6">
              <w:rPr>
                <w:color w:val="auto"/>
                <w:sz w:val="17"/>
                <w:lang w:eastAsia="ko-KR"/>
              </w:rPr>
              <w:t>서론</w:t>
            </w:r>
            <w:r w:rsidRPr="009268B6">
              <w:rPr>
                <w:color w:val="auto"/>
                <w:sz w:val="17"/>
                <w:lang w:eastAsia="ko-KR"/>
              </w:rPr>
              <w:t xml:space="preserve"> p.3</w:t>
            </w:r>
            <w:r w:rsidRPr="009268B6">
              <w:rPr>
                <w:color w:val="auto"/>
                <w:sz w:val="17"/>
                <w:lang w:eastAsia="ko-KR"/>
              </w:rPr>
              <w:t>에</w:t>
            </w:r>
            <w:r w:rsidRPr="009268B6">
              <w:rPr>
                <w:color w:val="auto"/>
                <w:sz w:val="17"/>
                <w:lang w:eastAsia="ko-KR"/>
              </w:rPr>
              <w:t xml:space="preserve"> </w:t>
            </w:r>
            <w:r w:rsidRPr="009268B6">
              <w:rPr>
                <w:color w:val="auto"/>
                <w:sz w:val="17"/>
                <w:lang w:eastAsia="ko-KR"/>
              </w:rPr>
              <w:t>명확히</w:t>
            </w:r>
            <w:r w:rsidRPr="009268B6">
              <w:rPr>
                <w:color w:val="auto"/>
                <w:sz w:val="17"/>
                <w:lang w:eastAsia="ko-KR"/>
              </w:rPr>
              <w:t xml:space="preserve"> </w:t>
            </w:r>
            <w:r w:rsidRPr="009268B6">
              <w:rPr>
                <w:color w:val="auto"/>
                <w:sz w:val="17"/>
                <w:lang w:eastAsia="ko-KR"/>
              </w:rPr>
              <w:t>조명함</w:t>
            </w:r>
            <w:r w:rsidRPr="009268B6">
              <w:rPr>
                <w:color w:val="auto"/>
                <w:sz w:val="17"/>
                <w:lang w:eastAsia="ko-KR"/>
              </w:rPr>
              <w:t>.</w:t>
            </w:r>
          </w:p>
        </w:tc>
        <w:tc>
          <w:tcPr>
            <w:tcW w:w="1152" w:type="dxa"/>
            <w:shd w:val="clear" w:color="auto" w:fill="F9FAFC"/>
          </w:tcPr>
          <w:p w14:paraId="60274AD9" w14:textId="77777777" w:rsidR="00712D60" w:rsidRPr="009268B6" w:rsidRDefault="005E2FD8">
            <w:pPr>
              <w:spacing w:before="100" w:after="100"/>
              <w:jc w:val="center"/>
              <w:rPr>
                <w:color w:val="auto"/>
              </w:rPr>
            </w:pPr>
            <w:r w:rsidRPr="009268B6">
              <w:rPr>
                <w:color w:val="auto"/>
                <w:sz w:val="17"/>
              </w:rPr>
              <w:t>p.3</w:t>
            </w:r>
          </w:p>
        </w:tc>
      </w:tr>
      <w:tr w:rsidR="009268B6" w:rsidRPr="009268B6" w14:paraId="543DCE30" w14:textId="77777777">
        <w:trPr>
          <w:jc w:val="center"/>
        </w:trPr>
        <w:tc>
          <w:tcPr>
            <w:tcW w:w="1440" w:type="dxa"/>
            <w:shd w:val="clear" w:color="auto" w:fill="FFFFFF"/>
          </w:tcPr>
          <w:p w14:paraId="6CD19B00" w14:textId="77777777" w:rsidR="00712D60" w:rsidRPr="009268B6" w:rsidRDefault="005E2FD8">
            <w:pPr>
              <w:spacing w:before="100" w:after="100"/>
              <w:jc w:val="center"/>
              <w:rPr>
                <w:color w:val="auto"/>
              </w:rPr>
            </w:pPr>
            <w:proofErr w:type="spellStart"/>
            <w:r w:rsidRPr="009268B6">
              <w:rPr>
                <w:b/>
                <w:color w:val="auto"/>
                <w:sz w:val="17"/>
              </w:rPr>
              <w:t>심사위원</w:t>
            </w:r>
            <w:proofErr w:type="spellEnd"/>
            <w:r w:rsidRPr="009268B6">
              <w:rPr>
                <w:b/>
                <w:color w:val="auto"/>
                <w:sz w:val="17"/>
              </w:rPr>
              <w:t xml:space="preserve"> B</w:t>
            </w:r>
          </w:p>
        </w:tc>
        <w:tc>
          <w:tcPr>
            <w:tcW w:w="3168" w:type="dxa"/>
            <w:shd w:val="clear" w:color="auto" w:fill="FFFFFF"/>
          </w:tcPr>
          <w:p w14:paraId="40343654" w14:textId="77777777" w:rsidR="00712D60" w:rsidRPr="009268B6" w:rsidRDefault="005E2FD8">
            <w:pPr>
              <w:spacing w:before="100" w:after="100"/>
              <w:rPr>
                <w:color w:val="auto"/>
                <w:lang w:eastAsia="ko-KR"/>
              </w:rPr>
            </w:pPr>
            <w:r w:rsidRPr="009268B6">
              <w:rPr>
                <w:color w:val="auto"/>
                <w:sz w:val="17"/>
                <w:lang w:eastAsia="ko-KR"/>
              </w:rPr>
              <w:t>회귀분석</w:t>
            </w:r>
            <w:r w:rsidRPr="009268B6">
              <w:rPr>
                <w:color w:val="auto"/>
                <w:sz w:val="17"/>
                <w:lang w:eastAsia="ko-KR"/>
              </w:rPr>
              <w:t xml:space="preserve"> </w:t>
            </w:r>
            <w:r w:rsidRPr="009268B6">
              <w:rPr>
                <w:color w:val="auto"/>
                <w:sz w:val="17"/>
                <w:lang w:eastAsia="ko-KR"/>
              </w:rPr>
              <w:t>모델의</w:t>
            </w:r>
            <w:r w:rsidRPr="009268B6">
              <w:rPr>
                <w:color w:val="auto"/>
                <w:sz w:val="17"/>
                <w:lang w:eastAsia="ko-KR"/>
              </w:rPr>
              <w:t xml:space="preserve"> </w:t>
            </w:r>
            <w:proofErr w:type="spellStart"/>
            <w:r w:rsidRPr="009268B6">
              <w:rPr>
                <w:color w:val="auto"/>
                <w:sz w:val="17"/>
                <w:lang w:eastAsia="ko-KR"/>
              </w:rPr>
              <w:t>다중공선성</w:t>
            </w:r>
            <w:proofErr w:type="spellEnd"/>
            <w:r w:rsidRPr="009268B6">
              <w:rPr>
                <w:color w:val="auto"/>
                <w:sz w:val="17"/>
                <w:lang w:eastAsia="ko-KR"/>
              </w:rPr>
              <w:t xml:space="preserve"> </w:t>
            </w:r>
            <w:r w:rsidRPr="009268B6">
              <w:rPr>
                <w:color w:val="auto"/>
                <w:sz w:val="17"/>
                <w:lang w:eastAsia="ko-KR"/>
              </w:rPr>
              <w:t>검증</w:t>
            </w:r>
            <w:r w:rsidRPr="009268B6">
              <w:rPr>
                <w:color w:val="auto"/>
                <w:sz w:val="17"/>
                <w:lang w:eastAsia="ko-KR"/>
              </w:rPr>
              <w:t xml:space="preserve"> </w:t>
            </w:r>
            <w:r w:rsidRPr="009268B6">
              <w:rPr>
                <w:color w:val="auto"/>
                <w:sz w:val="17"/>
                <w:lang w:eastAsia="ko-KR"/>
              </w:rPr>
              <w:t>절차가</w:t>
            </w:r>
            <w:r w:rsidRPr="009268B6">
              <w:rPr>
                <w:color w:val="auto"/>
                <w:sz w:val="17"/>
                <w:lang w:eastAsia="ko-KR"/>
              </w:rPr>
              <w:t xml:space="preserve"> </w:t>
            </w:r>
            <w:r w:rsidRPr="009268B6">
              <w:rPr>
                <w:color w:val="auto"/>
                <w:sz w:val="17"/>
                <w:lang w:eastAsia="ko-KR"/>
              </w:rPr>
              <w:t>누락됨</w:t>
            </w:r>
            <w:r w:rsidRPr="009268B6">
              <w:rPr>
                <w:color w:val="auto"/>
                <w:sz w:val="17"/>
                <w:lang w:eastAsia="ko-KR"/>
              </w:rPr>
              <w:t>.</w:t>
            </w:r>
          </w:p>
        </w:tc>
        <w:tc>
          <w:tcPr>
            <w:tcW w:w="3600" w:type="dxa"/>
            <w:shd w:val="clear" w:color="auto" w:fill="FFFFFF"/>
          </w:tcPr>
          <w:p w14:paraId="2E14FA93" w14:textId="77777777" w:rsidR="00712D60" w:rsidRPr="009268B6" w:rsidRDefault="005E2FD8">
            <w:pPr>
              <w:spacing w:before="100" w:after="100"/>
              <w:rPr>
                <w:color w:val="auto"/>
                <w:lang w:eastAsia="ko-KR"/>
              </w:rPr>
            </w:pPr>
            <w:r w:rsidRPr="009268B6">
              <w:rPr>
                <w:color w:val="auto"/>
                <w:sz w:val="17"/>
                <w:lang w:eastAsia="ko-KR"/>
              </w:rPr>
              <w:t>본문</w:t>
            </w:r>
            <w:r w:rsidRPr="009268B6">
              <w:rPr>
                <w:color w:val="auto"/>
                <w:sz w:val="17"/>
                <w:lang w:eastAsia="ko-KR"/>
              </w:rPr>
              <w:t xml:space="preserve"> p.14 </w:t>
            </w:r>
            <w:r w:rsidRPr="009268B6">
              <w:rPr>
                <w:color w:val="auto"/>
                <w:sz w:val="17"/>
                <w:lang w:eastAsia="ko-KR"/>
              </w:rPr>
              <w:t>표</w:t>
            </w:r>
            <w:r w:rsidRPr="009268B6">
              <w:rPr>
                <w:color w:val="auto"/>
                <w:sz w:val="17"/>
                <w:lang w:eastAsia="ko-KR"/>
              </w:rPr>
              <w:t xml:space="preserve"> 5 </w:t>
            </w:r>
            <w:r w:rsidRPr="009268B6">
              <w:rPr>
                <w:color w:val="auto"/>
                <w:sz w:val="17"/>
                <w:lang w:eastAsia="ko-KR"/>
              </w:rPr>
              <w:t>하단에</w:t>
            </w:r>
            <w:r w:rsidRPr="009268B6">
              <w:rPr>
                <w:color w:val="auto"/>
                <w:sz w:val="17"/>
                <w:lang w:eastAsia="ko-KR"/>
              </w:rPr>
              <w:t xml:space="preserve"> </w:t>
            </w:r>
            <w:proofErr w:type="spellStart"/>
            <w:r w:rsidRPr="009268B6">
              <w:rPr>
                <w:color w:val="auto"/>
                <w:sz w:val="17"/>
                <w:lang w:eastAsia="ko-KR"/>
              </w:rPr>
              <w:t>분산팽창지수</w:t>
            </w:r>
            <w:proofErr w:type="spellEnd"/>
            <w:r w:rsidRPr="009268B6">
              <w:rPr>
                <w:color w:val="auto"/>
                <w:sz w:val="17"/>
                <w:lang w:eastAsia="ko-KR"/>
              </w:rPr>
              <w:t xml:space="preserve">(VIF) </w:t>
            </w:r>
            <w:r w:rsidRPr="009268B6">
              <w:rPr>
                <w:color w:val="auto"/>
                <w:sz w:val="17"/>
                <w:lang w:eastAsia="ko-KR"/>
              </w:rPr>
              <w:t>산출</w:t>
            </w:r>
            <w:r w:rsidRPr="009268B6">
              <w:rPr>
                <w:color w:val="auto"/>
                <w:sz w:val="17"/>
                <w:lang w:eastAsia="ko-KR"/>
              </w:rPr>
              <w:t xml:space="preserve"> </w:t>
            </w:r>
            <w:r w:rsidRPr="009268B6">
              <w:rPr>
                <w:color w:val="auto"/>
                <w:sz w:val="17"/>
                <w:lang w:eastAsia="ko-KR"/>
              </w:rPr>
              <w:t>결과</w:t>
            </w:r>
            <w:r w:rsidRPr="009268B6">
              <w:rPr>
                <w:color w:val="auto"/>
                <w:sz w:val="17"/>
                <w:lang w:eastAsia="ko-KR"/>
              </w:rPr>
              <w:t xml:space="preserve"> </w:t>
            </w:r>
            <w:r w:rsidRPr="009268B6">
              <w:rPr>
                <w:color w:val="auto"/>
                <w:sz w:val="17"/>
                <w:lang w:eastAsia="ko-KR"/>
              </w:rPr>
              <w:t>최댓값이</w:t>
            </w:r>
            <w:r w:rsidRPr="009268B6">
              <w:rPr>
                <w:color w:val="auto"/>
                <w:sz w:val="17"/>
                <w:lang w:eastAsia="ko-KR"/>
              </w:rPr>
              <w:t xml:space="preserve"> 2.15(</w:t>
            </w:r>
            <w:r w:rsidRPr="009268B6">
              <w:rPr>
                <w:color w:val="auto"/>
                <w:sz w:val="17"/>
                <w:lang w:eastAsia="ko-KR"/>
              </w:rPr>
              <w:t>기준치</w:t>
            </w:r>
            <w:r w:rsidRPr="009268B6">
              <w:rPr>
                <w:color w:val="auto"/>
                <w:sz w:val="17"/>
                <w:lang w:eastAsia="ko-KR"/>
              </w:rPr>
              <w:t xml:space="preserve"> 10 </w:t>
            </w:r>
            <w:r w:rsidRPr="009268B6">
              <w:rPr>
                <w:color w:val="auto"/>
                <w:sz w:val="17"/>
                <w:lang w:eastAsia="ko-KR"/>
              </w:rPr>
              <w:t>미만</w:t>
            </w:r>
            <w:r w:rsidRPr="009268B6">
              <w:rPr>
                <w:color w:val="auto"/>
                <w:sz w:val="17"/>
                <w:lang w:eastAsia="ko-KR"/>
              </w:rPr>
              <w:t>)</w:t>
            </w:r>
            <w:r w:rsidRPr="009268B6">
              <w:rPr>
                <w:color w:val="auto"/>
                <w:sz w:val="17"/>
                <w:lang w:eastAsia="ko-KR"/>
              </w:rPr>
              <w:t>임을</w:t>
            </w:r>
            <w:r w:rsidRPr="009268B6">
              <w:rPr>
                <w:color w:val="auto"/>
                <w:sz w:val="17"/>
                <w:lang w:eastAsia="ko-KR"/>
              </w:rPr>
              <w:t xml:space="preserve"> </w:t>
            </w:r>
            <w:r w:rsidRPr="009268B6">
              <w:rPr>
                <w:color w:val="auto"/>
                <w:sz w:val="17"/>
                <w:lang w:eastAsia="ko-KR"/>
              </w:rPr>
              <w:t>이미</w:t>
            </w:r>
            <w:r w:rsidRPr="009268B6">
              <w:rPr>
                <w:color w:val="auto"/>
                <w:sz w:val="17"/>
                <w:lang w:eastAsia="ko-KR"/>
              </w:rPr>
              <w:t xml:space="preserve"> </w:t>
            </w:r>
            <w:r w:rsidRPr="009268B6">
              <w:rPr>
                <w:color w:val="auto"/>
                <w:sz w:val="17"/>
                <w:lang w:eastAsia="ko-KR"/>
              </w:rPr>
              <w:t>명시함</w:t>
            </w:r>
            <w:r w:rsidRPr="009268B6">
              <w:rPr>
                <w:color w:val="auto"/>
                <w:sz w:val="17"/>
                <w:lang w:eastAsia="ko-KR"/>
              </w:rPr>
              <w:t xml:space="preserve">. </w:t>
            </w:r>
            <w:r w:rsidRPr="009268B6">
              <w:rPr>
                <w:color w:val="auto"/>
                <w:sz w:val="17"/>
                <w:lang w:eastAsia="ko-KR"/>
              </w:rPr>
              <w:t>지적</w:t>
            </w:r>
            <w:r w:rsidRPr="009268B6">
              <w:rPr>
                <w:color w:val="auto"/>
                <w:sz w:val="17"/>
                <w:lang w:eastAsia="ko-KR"/>
              </w:rPr>
              <w:t xml:space="preserve"> </w:t>
            </w:r>
            <w:r w:rsidRPr="009268B6">
              <w:rPr>
                <w:color w:val="auto"/>
                <w:sz w:val="17"/>
                <w:lang w:eastAsia="ko-KR"/>
              </w:rPr>
              <w:t>사항은</w:t>
            </w:r>
            <w:r w:rsidRPr="009268B6">
              <w:rPr>
                <w:color w:val="auto"/>
                <w:sz w:val="17"/>
                <w:lang w:eastAsia="ko-KR"/>
              </w:rPr>
              <w:t xml:space="preserve"> </w:t>
            </w:r>
            <w:r w:rsidRPr="009268B6">
              <w:rPr>
                <w:color w:val="auto"/>
                <w:sz w:val="17"/>
                <w:lang w:eastAsia="ko-KR"/>
              </w:rPr>
              <w:t>객관적</w:t>
            </w:r>
            <w:r w:rsidRPr="009268B6">
              <w:rPr>
                <w:color w:val="auto"/>
                <w:sz w:val="17"/>
                <w:lang w:eastAsia="ko-KR"/>
              </w:rPr>
              <w:t xml:space="preserve"> </w:t>
            </w:r>
            <w:r w:rsidRPr="009268B6">
              <w:rPr>
                <w:color w:val="auto"/>
                <w:sz w:val="17"/>
                <w:lang w:eastAsia="ko-KR"/>
              </w:rPr>
              <w:t>수치와</w:t>
            </w:r>
            <w:r w:rsidRPr="009268B6">
              <w:rPr>
                <w:color w:val="auto"/>
                <w:sz w:val="17"/>
                <w:lang w:eastAsia="ko-KR"/>
              </w:rPr>
              <w:t xml:space="preserve"> </w:t>
            </w:r>
            <w:r w:rsidRPr="009268B6">
              <w:rPr>
                <w:color w:val="auto"/>
                <w:sz w:val="17"/>
                <w:lang w:eastAsia="ko-KR"/>
              </w:rPr>
              <w:t>부합하지</w:t>
            </w:r>
            <w:r w:rsidRPr="009268B6">
              <w:rPr>
                <w:color w:val="auto"/>
                <w:sz w:val="17"/>
                <w:lang w:eastAsia="ko-KR"/>
              </w:rPr>
              <w:t xml:space="preserve"> </w:t>
            </w:r>
            <w:r w:rsidRPr="009268B6">
              <w:rPr>
                <w:color w:val="auto"/>
                <w:sz w:val="17"/>
                <w:lang w:eastAsia="ko-KR"/>
              </w:rPr>
              <w:t>않음</w:t>
            </w:r>
            <w:r w:rsidRPr="009268B6">
              <w:rPr>
                <w:color w:val="auto"/>
                <w:sz w:val="17"/>
                <w:lang w:eastAsia="ko-KR"/>
              </w:rPr>
              <w:t>.</w:t>
            </w:r>
          </w:p>
        </w:tc>
        <w:tc>
          <w:tcPr>
            <w:tcW w:w="1152" w:type="dxa"/>
            <w:shd w:val="clear" w:color="auto" w:fill="FFFFFF"/>
          </w:tcPr>
          <w:p w14:paraId="75DDACDF" w14:textId="77777777" w:rsidR="00712D60" w:rsidRPr="009268B6" w:rsidRDefault="005E2FD8">
            <w:pPr>
              <w:spacing w:before="100" w:after="100"/>
              <w:jc w:val="center"/>
              <w:rPr>
                <w:color w:val="auto"/>
              </w:rPr>
            </w:pPr>
            <w:r w:rsidRPr="009268B6">
              <w:rPr>
                <w:color w:val="auto"/>
                <w:sz w:val="17"/>
              </w:rPr>
              <w:t>p.14</w:t>
            </w:r>
            <w:r w:rsidRPr="009268B6">
              <w:rPr>
                <w:color w:val="auto"/>
                <w:sz w:val="17"/>
              </w:rPr>
              <w:br/>
            </w:r>
            <w:r w:rsidRPr="009268B6">
              <w:rPr>
                <w:color w:val="auto"/>
                <w:sz w:val="17"/>
              </w:rPr>
              <w:t>표</w:t>
            </w:r>
            <w:r w:rsidRPr="009268B6">
              <w:rPr>
                <w:color w:val="auto"/>
                <w:sz w:val="17"/>
              </w:rPr>
              <w:t xml:space="preserve"> 5</w:t>
            </w:r>
          </w:p>
        </w:tc>
      </w:tr>
      <w:tr w:rsidR="009268B6" w:rsidRPr="009268B6" w14:paraId="000EF38B" w14:textId="77777777">
        <w:trPr>
          <w:jc w:val="center"/>
        </w:trPr>
        <w:tc>
          <w:tcPr>
            <w:tcW w:w="1440" w:type="dxa"/>
            <w:shd w:val="clear" w:color="auto" w:fill="F9FAFC"/>
          </w:tcPr>
          <w:p w14:paraId="621BE5EC" w14:textId="77777777" w:rsidR="00712D60" w:rsidRPr="009268B6" w:rsidRDefault="005E2FD8">
            <w:pPr>
              <w:spacing w:before="100" w:after="100"/>
              <w:jc w:val="center"/>
              <w:rPr>
                <w:color w:val="auto"/>
              </w:rPr>
            </w:pPr>
            <w:proofErr w:type="spellStart"/>
            <w:r w:rsidRPr="009268B6">
              <w:rPr>
                <w:b/>
                <w:color w:val="auto"/>
                <w:sz w:val="17"/>
              </w:rPr>
              <w:t>심사위원</w:t>
            </w:r>
            <w:proofErr w:type="spellEnd"/>
            <w:r w:rsidRPr="009268B6">
              <w:rPr>
                <w:b/>
                <w:color w:val="auto"/>
                <w:sz w:val="17"/>
              </w:rPr>
              <w:t xml:space="preserve"> B</w:t>
            </w:r>
          </w:p>
        </w:tc>
        <w:tc>
          <w:tcPr>
            <w:tcW w:w="3168" w:type="dxa"/>
            <w:shd w:val="clear" w:color="auto" w:fill="F9FAFC"/>
          </w:tcPr>
          <w:p w14:paraId="63506A72" w14:textId="77777777" w:rsidR="00712D60" w:rsidRPr="009268B6" w:rsidRDefault="005E2FD8">
            <w:pPr>
              <w:spacing w:before="100" w:after="100"/>
              <w:rPr>
                <w:color w:val="auto"/>
                <w:lang w:eastAsia="ko-KR"/>
              </w:rPr>
            </w:pPr>
            <w:r w:rsidRPr="009268B6">
              <w:rPr>
                <w:color w:val="auto"/>
                <w:sz w:val="17"/>
                <w:lang w:eastAsia="ko-KR"/>
              </w:rPr>
              <w:t>연구의</w:t>
            </w:r>
            <w:r w:rsidRPr="009268B6">
              <w:rPr>
                <w:color w:val="auto"/>
                <w:sz w:val="17"/>
                <w:lang w:eastAsia="ko-KR"/>
              </w:rPr>
              <w:t xml:space="preserve"> </w:t>
            </w:r>
            <w:r w:rsidRPr="009268B6">
              <w:rPr>
                <w:color w:val="auto"/>
                <w:sz w:val="17"/>
                <w:lang w:eastAsia="ko-KR"/>
              </w:rPr>
              <w:t>학술적</w:t>
            </w:r>
            <w:r w:rsidRPr="009268B6">
              <w:rPr>
                <w:color w:val="auto"/>
                <w:sz w:val="17"/>
                <w:lang w:eastAsia="ko-KR"/>
              </w:rPr>
              <w:t xml:space="preserve"> </w:t>
            </w:r>
            <w:r w:rsidRPr="009268B6">
              <w:rPr>
                <w:color w:val="auto"/>
                <w:sz w:val="17"/>
                <w:lang w:eastAsia="ko-KR"/>
              </w:rPr>
              <w:t>시의성</w:t>
            </w:r>
            <w:r w:rsidRPr="009268B6">
              <w:rPr>
                <w:color w:val="auto"/>
                <w:sz w:val="17"/>
                <w:lang w:eastAsia="ko-KR"/>
              </w:rPr>
              <w:t xml:space="preserve"> </w:t>
            </w:r>
            <w:r w:rsidRPr="009268B6">
              <w:rPr>
                <w:color w:val="auto"/>
                <w:sz w:val="17"/>
                <w:lang w:eastAsia="ko-KR"/>
              </w:rPr>
              <w:t>및</w:t>
            </w:r>
            <w:r w:rsidRPr="009268B6">
              <w:rPr>
                <w:color w:val="auto"/>
                <w:sz w:val="17"/>
                <w:lang w:eastAsia="ko-KR"/>
              </w:rPr>
              <w:t xml:space="preserve"> </w:t>
            </w:r>
            <w:r w:rsidRPr="009268B6">
              <w:rPr>
                <w:color w:val="auto"/>
                <w:sz w:val="17"/>
                <w:lang w:eastAsia="ko-KR"/>
              </w:rPr>
              <w:t>기여도에</w:t>
            </w:r>
            <w:r w:rsidRPr="009268B6">
              <w:rPr>
                <w:color w:val="auto"/>
                <w:sz w:val="17"/>
                <w:lang w:eastAsia="ko-KR"/>
              </w:rPr>
              <w:t xml:space="preserve"> </w:t>
            </w:r>
            <w:r w:rsidRPr="009268B6">
              <w:rPr>
                <w:color w:val="auto"/>
                <w:sz w:val="17"/>
                <w:lang w:eastAsia="ko-KR"/>
              </w:rPr>
              <w:t>대한</w:t>
            </w:r>
            <w:r w:rsidRPr="009268B6">
              <w:rPr>
                <w:color w:val="auto"/>
                <w:sz w:val="17"/>
                <w:lang w:eastAsia="ko-KR"/>
              </w:rPr>
              <w:t xml:space="preserve"> </w:t>
            </w:r>
            <w:r w:rsidRPr="009268B6">
              <w:rPr>
                <w:color w:val="auto"/>
                <w:sz w:val="17"/>
                <w:lang w:eastAsia="ko-KR"/>
              </w:rPr>
              <w:t>설명</w:t>
            </w:r>
            <w:r w:rsidRPr="009268B6">
              <w:rPr>
                <w:color w:val="auto"/>
                <w:sz w:val="17"/>
                <w:lang w:eastAsia="ko-KR"/>
              </w:rPr>
              <w:t xml:space="preserve"> </w:t>
            </w:r>
            <w:r w:rsidRPr="009268B6">
              <w:rPr>
                <w:color w:val="auto"/>
                <w:sz w:val="17"/>
                <w:lang w:eastAsia="ko-KR"/>
              </w:rPr>
              <w:t>부족</w:t>
            </w:r>
            <w:r w:rsidRPr="009268B6">
              <w:rPr>
                <w:color w:val="auto"/>
                <w:sz w:val="17"/>
                <w:lang w:eastAsia="ko-KR"/>
              </w:rPr>
              <w:t>.</w:t>
            </w:r>
          </w:p>
        </w:tc>
        <w:tc>
          <w:tcPr>
            <w:tcW w:w="3600" w:type="dxa"/>
            <w:shd w:val="clear" w:color="auto" w:fill="F9FAFC"/>
          </w:tcPr>
          <w:p w14:paraId="1F107DD8" w14:textId="77777777" w:rsidR="00712D60" w:rsidRPr="009268B6" w:rsidRDefault="005E2FD8">
            <w:pPr>
              <w:spacing w:before="100" w:after="100"/>
              <w:rPr>
                <w:color w:val="auto"/>
                <w:lang w:eastAsia="ko-KR"/>
              </w:rPr>
            </w:pPr>
            <w:r w:rsidRPr="009268B6">
              <w:rPr>
                <w:color w:val="auto"/>
                <w:sz w:val="17"/>
                <w:lang w:eastAsia="ko-KR"/>
              </w:rPr>
              <w:t>최근</w:t>
            </w:r>
            <w:r w:rsidRPr="009268B6">
              <w:rPr>
                <w:color w:val="auto"/>
                <w:sz w:val="17"/>
                <w:lang w:eastAsia="ko-KR"/>
              </w:rPr>
              <w:t xml:space="preserve"> 3</w:t>
            </w:r>
            <w:r w:rsidRPr="009268B6">
              <w:rPr>
                <w:color w:val="auto"/>
                <w:sz w:val="17"/>
                <w:lang w:eastAsia="ko-KR"/>
              </w:rPr>
              <w:t>년간의</w:t>
            </w:r>
            <w:r w:rsidRPr="009268B6">
              <w:rPr>
                <w:color w:val="auto"/>
                <w:sz w:val="17"/>
                <w:lang w:eastAsia="ko-KR"/>
              </w:rPr>
              <w:t xml:space="preserve"> </w:t>
            </w:r>
            <w:r w:rsidRPr="009268B6">
              <w:rPr>
                <w:color w:val="auto"/>
                <w:sz w:val="17"/>
                <w:lang w:eastAsia="ko-KR"/>
              </w:rPr>
              <w:t>변화된</w:t>
            </w:r>
            <w:r w:rsidRPr="009268B6">
              <w:rPr>
                <w:color w:val="auto"/>
                <w:sz w:val="17"/>
                <w:lang w:eastAsia="ko-KR"/>
              </w:rPr>
              <w:t xml:space="preserve"> </w:t>
            </w:r>
            <w:r w:rsidRPr="009268B6">
              <w:rPr>
                <w:color w:val="auto"/>
                <w:sz w:val="17"/>
                <w:lang w:eastAsia="ko-KR"/>
              </w:rPr>
              <w:t>미디어</w:t>
            </w:r>
            <w:r w:rsidRPr="009268B6">
              <w:rPr>
                <w:color w:val="auto"/>
                <w:sz w:val="17"/>
                <w:lang w:eastAsia="ko-KR"/>
              </w:rPr>
              <w:t xml:space="preserve"> </w:t>
            </w:r>
            <w:r w:rsidRPr="009268B6">
              <w:rPr>
                <w:color w:val="auto"/>
                <w:sz w:val="17"/>
                <w:lang w:eastAsia="ko-KR"/>
              </w:rPr>
              <w:t>환경을</w:t>
            </w:r>
            <w:r w:rsidRPr="009268B6">
              <w:rPr>
                <w:color w:val="auto"/>
                <w:sz w:val="17"/>
                <w:lang w:eastAsia="ko-KR"/>
              </w:rPr>
              <w:t xml:space="preserve"> </w:t>
            </w:r>
            <w:r w:rsidRPr="009268B6">
              <w:rPr>
                <w:color w:val="auto"/>
                <w:sz w:val="17"/>
                <w:lang w:eastAsia="ko-KR"/>
              </w:rPr>
              <w:t>반영한</w:t>
            </w:r>
            <w:r w:rsidRPr="009268B6">
              <w:rPr>
                <w:color w:val="auto"/>
                <w:sz w:val="17"/>
                <w:lang w:eastAsia="ko-KR"/>
              </w:rPr>
              <w:t xml:space="preserve"> </w:t>
            </w:r>
            <w:r w:rsidRPr="009268B6">
              <w:rPr>
                <w:color w:val="auto"/>
                <w:sz w:val="17"/>
                <w:lang w:eastAsia="ko-KR"/>
              </w:rPr>
              <w:t>최신</w:t>
            </w:r>
            <w:r w:rsidRPr="009268B6">
              <w:rPr>
                <w:color w:val="auto"/>
                <w:sz w:val="17"/>
                <w:lang w:eastAsia="ko-KR"/>
              </w:rPr>
              <w:t xml:space="preserve"> </w:t>
            </w:r>
            <w:r w:rsidRPr="009268B6">
              <w:rPr>
                <w:color w:val="auto"/>
                <w:sz w:val="17"/>
                <w:lang w:eastAsia="ko-KR"/>
              </w:rPr>
              <w:t>데이터</w:t>
            </w:r>
            <w:r w:rsidRPr="009268B6">
              <w:rPr>
                <w:color w:val="auto"/>
                <w:sz w:val="17"/>
                <w:lang w:eastAsia="ko-KR"/>
              </w:rPr>
              <w:t>(2025)</w:t>
            </w:r>
            <w:r w:rsidRPr="009268B6">
              <w:rPr>
                <w:color w:val="auto"/>
                <w:sz w:val="17"/>
                <w:lang w:eastAsia="ko-KR"/>
              </w:rPr>
              <w:t>를</w:t>
            </w:r>
            <w:r w:rsidRPr="009268B6">
              <w:rPr>
                <w:color w:val="auto"/>
                <w:sz w:val="17"/>
                <w:lang w:eastAsia="ko-KR"/>
              </w:rPr>
              <w:t xml:space="preserve"> </w:t>
            </w:r>
            <w:r w:rsidRPr="009268B6">
              <w:rPr>
                <w:color w:val="auto"/>
                <w:sz w:val="17"/>
                <w:lang w:eastAsia="ko-KR"/>
              </w:rPr>
              <w:t>사용하여</w:t>
            </w:r>
            <w:r w:rsidRPr="009268B6">
              <w:rPr>
                <w:color w:val="auto"/>
                <w:sz w:val="17"/>
                <w:lang w:eastAsia="ko-KR"/>
              </w:rPr>
              <w:t xml:space="preserve"> </w:t>
            </w:r>
            <w:r w:rsidRPr="009268B6">
              <w:rPr>
                <w:color w:val="auto"/>
                <w:sz w:val="17"/>
                <w:lang w:eastAsia="ko-KR"/>
              </w:rPr>
              <w:t>학술적</w:t>
            </w:r>
            <w:r w:rsidRPr="009268B6">
              <w:rPr>
                <w:color w:val="auto"/>
                <w:sz w:val="17"/>
                <w:lang w:eastAsia="ko-KR"/>
              </w:rPr>
              <w:t xml:space="preserve"> </w:t>
            </w:r>
            <w:r w:rsidRPr="009268B6">
              <w:rPr>
                <w:color w:val="auto"/>
                <w:sz w:val="17"/>
                <w:lang w:eastAsia="ko-KR"/>
              </w:rPr>
              <w:t>시의성을</w:t>
            </w:r>
            <w:r w:rsidRPr="009268B6">
              <w:rPr>
                <w:color w:val="auto"/>
                <w:sz w:val="17"/>
                <w:lang w:eastAsia="ko-KR"/>
              </w:rPr>
              <w:t xml:space="preserve"> </w:t>
            </w:r>
            <w:r w:rsidRPr="009268B6">
              <w:rPr>
                <w:color w:val="auto"/>
                <w:sz w:val="17"/>
                <w:lang w:eastAsia="ko-KR"/>
              </w:rPr>
              <w:t>확보하였음</w:t>
            </w:r>
            <w:r w:rsidRPr="009268B6">
              <w:rPr>
                <w:color w:val="auto"/>
                <w:sz w:val="17"/>
                <w:lang w:eastAsia="ko-KR"/>
              </w:rPr>
              <w:t>.</w:t>
            </w:r>
          </w:p>
        </w:tc>
        <w:tc>
          <w:tcPr>
            <w:tcW w:w="1152" w:type="dxa"/>
            <w:shd w:val="clear" w:color="auto" w:fill="F9FAFC"/>
          </w:tcPr>
          <w:p w14:paraId="56B8868F" w14:textId="77777777" w:rsidR="00712D60" w:rsidRPr="009268B6" w:rsidRDefault="005E2FD8">
            <w:pPr>
              <w:spacing w:before="100" w:after="100"/>
              <w:jc w:val="center"/>
              <w:rPr>
                <w:color w:val="auto"/>
              </w:rPr>
            </w:pPr>
            <w:r w:rsidRPr="009268B6">
              <w:rPr>
                <w:color w:val="auto"/>
                <w:sz w:val="17"/>
              </w:rPr>
              <w:t>p.18</w:t>
            </w:r>
          </w:p>
        </w:tc>
      </w:tr>
    </w:tbl>
    <w:p w14:paraId="58A1DBEF" w14:textId="77777777" w:rsidR="00712D60" w:rsidRPr="009268B6" w:rsidRDefault="005E2FD8">
      <w:pPr>
        <w:keepNext/>
        <w:spacing w:before="320" w:after="160"/>
        <w:rPr>
          <w:color w:val="auto"/>
        </w:rPr>
      </w:pPr>
      <w:r w:rsidRPr="009268B6">
        <w:rPr>
          <w:b/>
          <w:color w:val="auto"/>
          <w:sz w:val="26"/>
        </w:rPr>
        <w:t xml:space="preserve">4. </w:t>
      </w:r>
      <w:proofErr w:type="spellStart"/>
      <w:r w:rsidRPr="009268B6">
        <w:rPr>
          <w:b/>
          <w:color w:val="auto"/>
          <w:sz w:val="26"/>
        </w:rPr>
        <w:t>서약</w:t>
      </w:r>
      <w:proofErr w:type="spellEnd"/>
      <w:r w:rsidRPr="009268B6">
        <w:rPr>
          <w:b/>
          <w:color w:val="auto"/>
          <w:sz w:val="26"/>
        </w:rPr>
        <w:t xml:space="preserve"> </w:t>
      </w:r>
      <w:r w:rsidRPr="009268B6">
        <w:rPr>
          <w:b/>
          <w:color w:val="auto"/>
          <w:sz w:val="26"/>
        </w:rPr>
        <w:t>및</w:t>
      </w:r>
      <w:r w:rsidRPr="009268B6">
        <w:rPr>
          <w:b/>
          <w:color w:val="auto"/>
          <w:sz w:val="26"/>
        </w:rPr>
        <w:t xml:space="preserve"> </w:t>
      </w:r>
      <w:proofErr w:type="spellStart"/>
      <w:r w:rsidRPr="009268B6">
        <w:rPr>
          <w:b/>
          <w:color w:val="auto"/>
          <w:sz w:val="26"/>
        </w:rPr>
        <w:t>신청자</w:t>
      </w:r>
      <w:proofErr w:type="spellEnd"/>
      <w:r w:rsidRPr="009268B6">
        <w:rPr>
          <w:b/>
          <w:color w:val="auto"/>
          <w:sz w:val="26"/>
        </w:rPr>
        <w:t xml:space="preserve"> </w:t>
      </w:r>
      <w:proofErr w:type="spellStart"/>
      <w:r w:rsidRPr="009268B6">
        <w:rPr>
          <w:b/>
          <w:color w:val="auto"/>
          <w:sz w:val="26"/>
        </w:rPr>
        <w:t>서명</w:t>
      </w:r>
      <w:proofErr w:type="spellEnd"/>
    </w:p>
    <w:p w14:paraId="547F41C2" w14:textId="77777777" w:rsidR="00712D60" w:rsidRPr="009268B6" w:rsidRDefault="005E2FD8">
      <w:pPr>
        <w:spacing w:before="120" w:after="320" w:line="312" w:lineRule="auto"/>
        <w:rPr>
          <w:color w:val="auto"/>
          <w:lang w:eastAsia="ko-KR"/>
        </w:rPr>
      </w:pPr>
      <w:r w:rsidRPr="009268B6">
        <w:rPr>
          <w:color w:val="auto"/>
          <w:sz w:val="19"/>
          <w:lang w:eastAsia="ko-KR"/>
        </w:rPr>
        <w:t>본</w:t>
      </w:r>
      <w:r w:rsidRPr="009268B6">
        <w:rPr>
          <w:color w:val="auto"/>
          <w:sz w:val="19"/>
          <w:lang w:eastAsia="ko-KR"/>
        </w:rPr>
        <w:t xml:space="preserve"> </w:t>
      </w:r>
      <w:r w:rsidRPr="009268B6">
        <w:rPr>
          <w:color w:val="auto"/>
          <w:sz w:val="19"/>
          <w:lang w:eastAsia="ko-KR"/>
        </w:rPr>
        <w:t>투고자는</w:t>
      </w:r>
      <w:r w:rsidRPr="009268B6">
        <w:rPr>
          <w:color w:val="auto"/>
          <w:sz w:val="19"/>
          <w:lang w:eastAsia="ko-KR"/>
        </w:rPr>
        <w:t xml:space="preserve"> </w:t>
      </w:r>
      <w:r w:rsidRPr="009268B6">
        <w:rPr>
          <w:color w:val="auto"/>
          <w:sz w:val="19"/>
          <w:lang w:eastAsia="ko-KR"/>
        </w:rPr>
        <w:t>학술지</w:t>
      </w:r>
      <w:r w:rsidRPr="009268B6">
        <w:rPr>
          <w:color w:val="auto"/>
          <w:sz w:val="19"/>
          <w:lang w:eastAsia="ko-KR"/>
        </w:rPr>
        <w:t xml:space="preserve"> </w:t>
      </w:r>
      <w:r w:rsidRPr="009268B6">
        <w:rPr>
          <w:color w:val="auto"/>
          <w:sz w:val="19"/>
          <w:lang w:eastAsia="ko-KR"/>
        </w:rPr>
        <w:t>심사</w:t>
      </w:r>
      <w:r w:rsidRPr="009268B6">
        <w:rPr>
          <w:color w:val="auto"/>
          <w:sz w:val="19"/>
          <w:lang w:eastAsia="ko-KR"/>
        </w:rPr>
        <w:t xml:space="preserve"> </w:t>
      </w:r>
      <w:r w:rsidRPr="009268B6">
        <w:rPr>
          <w:color w:val="auto"/>
          <w:sz w:val="19"/>
          <w:lang w:eastAsia="ko-KR"/>
        </w:rPr>
        <w:t>규정을</w:t>
      </w:r>
      <w:r w:rsidRPr="009268B6">
        <w:rPr>
          <w:color w:val="auto"/>
          <w:sz w:val="19"/>
          <w:lang w:eastAsia="ko-KR"/>
        </w:rPr>
        <w:t xml:space="preserve"> </w:t>
      </w:r>
      <w:r w:rsidRPr="009268B6">
        <w:rPr>
          <w:color w:val="auto"/>
          <w:sz w:val="19"/>
          <w:lang w:eastAsia="ko-KR"/>
        </w:rPr>
        <w:t>준수하며</w:t>
      </w:r>
      <w:r w:rsidRPr="009268B6">
        <w:rPr>
          <w:color w:val="auto"/>
          <w:sz w:val="19"/>
          <w:lang w:eastAsia="ko-KR"/>
        </w:rPr>
        <w:t xml:space="preserve">, </w:t>
      </w:r>
      <w:r w:rsidRPr="009268B6">
        <w:rPr>
          <w:color w:val="auto"/>
          <w:sz w:val="19"/>
          <w:lang w:eastAsia="ko-KR"/>
        </w:rPr>
        <w:t>상기</w:t>
      </w:r>
      <w:r w:rsidRPr="009268B6">
        <w:rPr>
          <w:color w:val="auto"/>
          <w:sz w:val="19"/>
          <w:lang w:eastAsia="ko-KR"/>
        </w:rPr>
        <w:t xml:space="preserve"> </w:t>
      </w:r>
      <w:r w:rsidRPr="009268B6">
        <w:rPr>
          <w:color w:val="auto"/>
          <w:sz w:val="19"/>
          <w:lang w:eastAsia="ko-KR"/>
        </w:rPr>
        <w:t>소명</w:t>
      </w:r>
      <w:r w:rsidRPr="009268B6">
        <w:rPr>
          <w:color w:val="auto"/>
          <w:sz w:val="19"/>
          <w:lang w:eastAsia="ko-KR"/>
        </w:rPr>
        <w:t xml:space="preserve"> </w:t>
      </w:r>
      <w:r w:rsidRPr="009268B6">
        <w:rPr>
          <w:color w:val="auto"/>
          <w:sz w:val="19"/>
          <w:lang w:eastAsia="ko-KR"/>
        </w:rPr>
        <w:t>내용이</w:t>
      </w:r>
      <w:r w:rsidRPr="009268B6">
        <w:rPr>
          <w:color w:val="auto"/>
          <w:sz w:val="19"/>
          <w:lang w:eastAsia="ko-KR"/>
        </w:rPr>
        <w:t xml:space="preserve"> </w:t>
      </w:r>
      <w:r w:rsidRPr="009268B6">
        <w:rPr>
          <w:color w:val="auto"/>
          <w:sz w:val="19"/>
          <w:lang w:eastAsia="ko-KR"/>
        </w:rPr>
        <w:t>객관적</w:t>
      </w:r>
      <w:r w:rsidRPr="009268B6">
        <w:rPr>
          <w:color w:val="auto"/>
          <w:sz w:val="19"/>
          <w:lang w:eastAsia="ko-KR"/>
        </w:rPr>
        <w:t xml:space="preserve"> </w:t>
      </w:r>
      <w:r w:rsidRPr="009268B6">
        <w:rPr>
          <w:color w:val="auto"/>
          <w:sz w:val="19"/>
          <w:lang w:eastAsia="ko-KR"/>
        </w:rPr>
        <w:t>학술</w:t>
      </w:r>
      <w:r w:rsidRPr="009268B6">
        <w:rPr>
          <w:color w:val="auto"/>
          <w:sz w:val="19"/>
          <w:lang w:eastAsia="ko-KR"/>
        </w:rPr>
        <w:t xml:space="preserve"> </w:t>
      </w:r>
      <w:r w:rsidRPr="009268B6">
        <w:rPr>
          <w:color w:val="auto"/>
          <w:sz w:val="19"/>
          <w:lang w:eastAsia="ko-KR"/>
        </w:rPr>
        <w:t>근거와</w:t>
      </w:r>
      <w:r w:rsidRPr="009268B6">
        <w:rPr>
          <w:color w:val="auto"/>
          <w:sz w:val="19"/>
          <w:lang w:eastAsia="ko-KR"/>
        </w:rPr>
        <w:t xml:space="preserve"> </w:t>
      </w:r>
      <w:r w:rsidRPr="009268B6">
        <w:rPr>
          <w:color w:val="auto"/>
          <w:sz w:val="19"/>
          <w:lang w:eastAsia="ko-KR"/>
        </w:rPr>
        <w:t>사실에</w:t>
      </w:r>
      <w:r w:rsidRPr="009268B6">
        <w:rPr>
          <w:color w:val="auto"/>
          <w:sz w:val="19"/>
          <w:lang w:eastAsia="ko-KR"/>
        </w:rPr>
        <w:t xml:space="preserve"> </w:t>
      </w:r>
      <w:r w:rsidRPr="009268B6">
        <w:rPr>
          <w:color w:val="auto"/>
          <w:sz w:val="19"/>
          <w:lang w:eastAsia="ko-KR"/>
        </w:rPr>
        <w:t>기반하여</w:t>
      </w:r>
      <w:r w:rsidRPr="009268B6">
        <w:rPr>
          <w:color w:val="auto"/>
          <w:sz w:val="19"/>
          <w:lang w:eastAsia="ko-KR"/>
        </w:rPr>
        <w:t xml:space="preserve"> </w:t>
      </w:r>
      <w:r w:rsidRPr="009268B6">
        <w:rPr>
          <w:color w:val="auto"/>
          <w:sz w:val="19"/>
          <w:lang w:eastAsia="ko-KR"/>
        </w:rPr>
        <w:t>작성되었음을</w:t>
      </w:r>
      <w:r w:rsidRPr="009268B6">
        <w:rPr>
          <w:color w:val="auto"/>
          <w:sz w:val="19"/>
          <w:lang w:eastAsia="ko-KR"/>
        </w:rPr>
        <w:t xml:space="preserve"> </w:t>
      </w:r>
      <w:r w:rsidRPr="009268B6">
        <w:rPr>
          <w:color w:val="auto"/>
          <w:sz w:val="19"/>
          <w:lang w:eastAsia="ko-KR"/>
        </w:rPr>
        <w:t>확인합니다</w:t>
      </w:r>
      <w:r w:rsidRPr="009268B6">
        <w:rPr>
          <w:color w:val="auto"/>
          <w:sz w:val="19"/>
          <w:lang w:eastAsia="ko-KR"/>
        </w:rPr>
        <w:t xml:space="preserve">. </w:t>
      </w:r>
      <w:r w:rsidRPr="009268B6">
        <w:rPr>
          <w:color w:val="auto"/>
          <w:sz w:val="19"/>
          <w:lang w:eastAsia="ko-KR"/>
        </w:rPr>
        <w:t>향후</w:t>
      </w:r>
      <w:r w:rsidRPr="009268B6">
        <w:rPr>
          <w:color w:val="auto"/>
          <w:sz w:val="19"/>
          <w:lang w:eastAsia="ko-KR"/>
        </w:rPr>
        <w:t xml:space="preserve"> </w:t>
      </w:r>
      <w:r w:rsidRPr="009268B6">
        <w:rPr>
          <w:color w:val="auto"/>
          <w:sz w:val="19"/>
          <w:lang w:eastAsia="ko-KR"/>
        </w:rPr>
        <w:t>편집위원회</w:t>
      </w:r>
      <w:r w:rsidRPr="009268B6">
        <w:rPr>
          <w:color w:val="auto"/>
          <w:sz w:val="19"/>
          <w:lang w:eastAsia="ko-KR"/>
        </w:rPr>
        <w:t xml:space="preserve"> </w:t>
      </w:r>
      <w:r w:rsidRPr="009268B6">
        <w:rPr>
          <w:color w:val="auto"/>
          <w:sz w:val="19"/>
          <w:lang w:eastAsia="ko-KR"/>
        </w:rPr>
        <w:t>및</w:t>
      </w:r>
      <w:r w:rsidRPr="009268B6">
        <w:rPr>
          <w:color w:val="auto"/>
          <w:sz w:val="19"/>
          <w:lang w:eastAsia="ko-KR"/>
        </w:rPr>
        <w:t xml:space="preserve"> </w:t>
      </w:r>
      <w:r w:rsidRPr="009268B6">
        <w:rPr>
          <w:color w:val="auto"/>
          <w:sz w:val="19"/>
          <w:lang w:eastAsia="ko-KR"/>
        </w:rPr>
        <w:t>제</w:t>
      </w:r>
      <w:r w:rsidRPr="009268B6">
        <w:rPr>
          <w:color w:val="auto"/>
          <w:sz w:val="19"/>
          <w:lang w:eastAsia="ko-KR"/>
        </w:rPr>
        <w:t xml:space="preserve">3 </w:t>
      </w:r>
      <w:r w:rsidRPr="009268B6">
        <w:rPr>
          <w:color w:val="auto"/>
          <w:sz w:val="19"/>
          <w:lang w:eastAsia="ko-KR"/>
        </w:rPr>
        <w:t>심사위원회의</w:t>
      </w:r>
      <w:r w:rsidRPr="009268B6">
        <w:rPr>
          <w:color w:val="auto"/>
          <w:sz w:val="19"/>
          <w:lang w:eastAsia="ko-KR"/>
        </w:rPr>
        <w:t xml:space="preserve"> </w:t>
      </w:r>
      <w:r w:rsidRPr="009268B6">
        <w:rPr>
          <w:color w:val="auto"/>
          <w:sz w:val="19"/>
          <w:lang w:eastAsia="ko-KR"/>
        </w:rPr>
        <w:t>재심사</w:t>
      </w:r>
      <w:r w:rsidRPr="009268B6">
        <w:rPr>
          <w:color w:val="auto"/>
          <w:sz w:val="19"/>
          <w:lang w:eastAsia="ko-KR"/>
        </w:rPr>
        <w:t xml:space="preserve"> </w:t>
      </w:r>
      <w:r w:rsidRPr="009268B6">
        <w:rPr>
          <w:color w:val="auto"/>
          <w:sz w:val="19"/>
          <w:lang w:eastAsia="ko-KR"/>
        </w:rPr>
        <w:t>최종</w:t>
      </w:r>
      <w:r w:rsidRPr="009268B6">
        <w:rPr>
          <w:color w:val="auto"/>
          <w:sz w:val="19"/>
          <w:lang w:eastAsia="ko-KR"/>
        </w:rPr>
        <w:t xml:space="preserve"> </w:t>
      </w:r>
      <w:r w:rsidRPr="009268B6">
        <w:rPr>
          <w:color w:val="auto"/>
          <w:sz w:val="19"/>
          <w:lang w:eastAsia="ko-KR"/>
        </w:rPr>
        <w:t>결정에</w:t>
      </w:r>
      <w:r w:rsidRPr="009268B6">
        <w:rPr>
          <w:color w:val="auto"/>
          <w:sz w:val="19"/>
          <w:lang w:eastAsia="ko-KR"/>
        </w:rPr>
        <w:t xml:space="preserve"> </w:t>
      </w:r>
      <w:r w:rsidRPr="009268B6">
        <w:rPr>
          <w:color w:val="auto"/>
          <w:sz w:val="19"/>
          <w:lang w:eastAsia="ko-KR"/>
        </w:rPr>
        <w:t>이의를</w:t>
      </w:r>
      <w:r w:rsidRPr="009268B6">
        <w:rPr>
          <w:color w:val="auto"/>
          <w:sz w:val="19"/>
          <w:lang w:eastAsia="ko-KR"/>
        </w:rPr>
        <w:t xml:space="preserve"> </w:t>
      </w:r>
      <w:r w:rsidRPr="009268B6">
        <w:rPr>
          <w:color w:val="auto"/>
          <w:sz w:val="19"/>
          <w:lang w:eastAsia="ko-KR"/>
        </w:rPr>
        <w:t>제기하지</w:t>
      </w:r>
      <w:r w:rsidRPr="009268B6">
        <w:rPr>
          <w:color w:val="auto"/>
          <w:sz w:val="19"/>
          <w:lang w:eastAsia="ko-KR"/>
        </w:rPr>
        <w:t xml:space="preserve"> </w:t>
      </w:r>
      <w:r w:rsidRPr="009268B6">
        <w:rPr>
          <w:color w:val="auto"/>
          <w:sz w:val="19"/>
          <w:lang w:eastAsia="ko-KR"/>
        </w:rPr>
        <w:t>않을</w:t>
      </w:r>
      <w:r w:rsidRPr="009268B6">
        <w:rPr>
          <w:color w:val="auto"/>
          <w:sz w:val="19"/>
          <w:lang w:eastAsia="ko-KR"/>
        </w:rPr>
        <w:t xml:space="preserve"> </w:t>
      </w:r>
      <w:r w:rsidRPr="009268B6">
        <w:rPr>
          <w:color w:val="auto"/>
          <w:sz w:val="19"/>
          <w:lang w:eastAsia="ko-KR"/>
        </w:rPr>
        <w:t>것을</w:t>
      </w:r>
      <w:r w:rsidRPr="009268B6">
        <w:rPr>
          <w:color w:val="auto"/>
          <w:sz w:val="19"/>
          <w:lang w:eastAsia="ko-KR"/>
        </w:rPr>
        <w:t xml:space="preserve"> </w:t>
      </w:r>
      <w:r w:rsidRPr="009268B6">
        <w:rPr>
          <w:color w:val="auto"/>
          <w:sz w:val="19"/>
          <w:lang w:eastAsia="ko-KR"/>
        </w:rPr>
        <w:t>서약합니다</w:t>
      </w:r>
      <w:r w:rsidRPr="009268B6">
        <w:rPr>
          <w:color w:val="auto"/>
          <w:sz w:val="19"/>
          <w:lang w:eastAsia="ko-KR"/>
        </w:rPr>
        <w:t>.</w:t>
      </w:r>
    </w:p>
    <w:p w14:paraId="310A801A" w14:textId="1710F6C8" w:rsidR="00712D60" w:rsidRPr="001D26AA" w:rsidRDefault="005E2FD8">
      <w:pPr>
        <w:spacing w:before="80" w:after="400"/>
        <w:rPr>
          <w:strike/>
          <w:color w:val="FF0000"/>
          <w:lang w:eastAsia="ko-KR"/>
        </w:rPr>
      </w:pPr>
      <w:r w:rsidRPr="009268B6">
        <w:rPr>
          <w:b/>
          <w:color w:val="auto"/>
          <w:sz w:val="19"/>
          <w:lang w:eastAsia="ko-KR"/>
        </w:rPr>
        <w:t xml:space="preserve">■ </w:t>
      </w:r>
      <w:r w:rsidRPr="009268B6">
        <w:rPr>
          <w:b/>
          <w:color w:val="auto"/>
          <w:sz w:val="19"/>
          <w:lang w:eastAsia="ko-KR"/>
        </w:rPr>
        <w:t>첨부</w:t>
      </w:r>
      <w:r w:rsidRPr="009268B6">
        <w:rPr>
          <w:b/>
          <w:color w:val="auto"/>
          <w:sz w:val="19"/>
          <w:lang w:eastAsia="ko-KR"/>
        </w:rPr>
        <w:t xml:space="preserve"> </w:t>
      </w:r>
      <w:r w:rsidRPr="009268B6">
        <w:rPr>
          <w:b/>
          <w:color w:val="auto"/>
          <w:sz w:val="19"/>
          <w:lang w:eastAsia="ko-KR"/>
        </w:rPr>
        <w:t>서류</w:t>
      </w:r>
      <w:r w:rsidRPr="009268B6">
        <w:rPr>
          <w:b/>
          <w:color w:val="auto"/>
          <w:sz w:val="19"/>
          <w:lang w:eastAsia="ko-KR"/>
        </w:rPr>
        <w:t>:</w:t>
      </w:r>
      <w:r w:rsidRPr="009268B6">
        <w:rPr>
          <w:b/>
          <w:color w:val="auto"/>
          <w:sz w:val="19"/>
          <w:lang w:eastAsia="ko-KR"/>
        </w:rPr>
        <w:br/>
      </w:r>
      <w:r w:rsidRPr="009268B6">
        <w:rPr>
          <w:color w:val="auto"/>
          <w:sz w:val="18"/>
          <w:lang w:eastAsia="ko-KR"/>
        </w:rPr>
        <w:t xml:space="preserve">1. </w:t>
      </w:r>
      <w:r w:rsidRPr="009268B6">
        <w:rPr>
          <w:color w:val="auto"/>
          <w:sz w:val="18"/>
          <w:lang w:eastAsia="ko-KR"/>
        </w:rPr>
        <w:t>심사</w:t>
      </w:r>
      <w:r w:rsidRPr="009268B6">
        <w:rPr>
          <w:color w:val="auto"/>
          <w:sz w:val="18"/>
          <w:lang w:eastAsia="ko-KR"/>
        </w:rPr>
        <w:t xml:space="preserve"> </w:t>
      </w:r>
      <w:r w:rsidRPr="009268B6">
        <w:rPr>
          <w:color w:val="auto"/>
          <w:sz w:val="18"/>
          <w:lang w:eastAsia="ko-KR"/>
        </w:rPr>
        <w:t>지적</w:t>
      </w:r>
      <w:r w:rsidRPr="009268B6">
        <w:rPr>
          <w:color w:val="auto"/>
          <w:sz w:val="18"/>
          <w:lang w:eastAsia="ko-KR"/>
        </w:rPr>
        <w:t xml:space="preserve"> </w:t>
      </w:r>
      <w:r w:rsidRPr="009268B6">
        <w:rPr>
          <w:color w:val="auto"/>
          <w:sz w:val="18"/>
          <w:lang w:eastAsia="ko-KR"/>
        </w:rPr>
        <w:t>사항별</w:t>
      </w:r>
      <w:r w:rsidRPr="009268B6">
        <w:rPr>
          <w:color w:val="auto"/>
          <w:sz w:val="18"/>
          <w:lang w:eastAsia="ko-KR"/>
        </w:rPr>
        <w:t xml:space="preserve"> </w:t>
      </w:r>
      <w:r w:rsidRPr="009268B6">
        <w:rPr>
          <w:color w:val="auto"/>
          <w:sz w:val="18"/>
          <w:lang w:eastAsia="ko-KR"/>
        </w:rPr>
        <w:t>상세</w:t>
      </w:r>
      <w:r w:rsidRPr="009268B6">
        <w:rPr>
          <w:color w:val="auto"/>
          <w:sz w:val="18"/>
          <w:lang w:eastAsia="ko-KR"/>
        </w:rPr>
        <w:t xml:space="preserve"> </w:t>
      </w:r>
      <w:r w:rsidRPr="009268B6">
        <w:rPr>
          <w:color w:val="auto"/>
          <w:sz w:val="18"/>
          <w:lang w:eastAsia="ko-KR"/>
        </w:rPr>
        <w:t>반론서</w:t>
      </w:r>
      <w:r w:rsidRPr="009268B6">
        <w:rPr>
          <w:color w:val="auto"/>
          <w:sz w:val="18"/>
          <w:lang w:eastAsia="ko-KR"/>
        </w:rPr>
        <w:t xml:space="preserve"> </w:t>
      </w:r>
      <w:r w:rsidRPr="009268B6">
        <w:rPr>
          <w:color w:val="auto"/>
          <w:sz w:val="18"/>
          <w:lang w:eastAsia="ko-KR"/>
        </w:rPr>
        <w:t>및</w:t>
      </w:r>
      <w:r w:rsidRPr="009268B6">
        <w:rPr>
          <w:color w:val="auto"/>
          <w:sz w:val="18"/>
          <w:lang w:eastAsia="ko-KR"/>
        </w:rPr>
        <w:t xml:space="preserve"> </w:t>
      </w:r>
      <w:r w:rsidRPr="009268B6">
        <w:rPr>
          <w:color w:val="auto"/>
          <w:sz w:val="18"/>
          <w:lang w:eastAsia="ko-KR"/>
        </w:rPr>
        <w:t>관련</w:t>
      </w:r>
      <w:r w:rsidRPr="009268B6">
        <w:rPr>
          <w:color w:val="auto"/>
          <w:sz w:val="18"/>
          <w:lang w:eastAsia="ko-KR"/>
        </w:rPr>
        <w:t xml:space="preserve"> </w:t>
      </w:r>
      <w:r w:rsidRPr="009268B6">
        <w:rPr>
          <w:color w:val="auto"/>
          <w:sz w:val="18"/>
          <w:lang w:eastAsia="ko-KR"/>
        </w:rPr>
        <w:t>참고문헌</w:t>
      </w:r>
      <w:r w:rsidRPr="009268B6">
        <w:rPr>
          <w:color w:val="auto"/>
          <w:sz w:val="18"/>
          <w:lang w:eastAsia="ko-KR"/>
        </w:rPr>
        <w:t>/</w:t>
      </w:r>
      <w:r w:rsidRPr="009268B6">
        <w:rPr>
          <w:color w:val="auto"/>
          <w:sz w:val="18"/>
          <w:lang w:eastAsia="ko-KR"/>
        </w:rPr>
        <w:t>증빙자료</w:t>
      </w:r>
      <w:r w:rsidRPr="009268B6">
        <w:rPr>
          <w:color w:val="auto"/>
          <w:sz w:val="18"/>
          <w:lang w:eastAsia="ko-KR"/>
        </w:rPr>
        <w:t xml:space="preserve"> 1</w:t>
      </w:r>
      <w:r w:rsidRPr="009268B6">
        <w:rPr>
          <w:color w:val="auto"/>
          <w:sz w:val="18"/>
          <w:lang w:eastAsia="ko-KR"/>
        </w:rPr>
        <w:t>부</w:t>
      </w:r>
      <w:r w:rsidRPr="009268B6">
        <w:rPr>
          <w:color w:val="auto"/>
          <w:sz w:val="18"/>
          <w:lang w:eastAsia="ko-KR"/>
        </w:rPr>
        <w:br/>
      </w:r>
    </w:p>
    <w:p w14:paraId="7AE12A00" w14:textId="6AD2F085" w:rsidR="00712D60" w:rsidRPr="009268B6" w:rsidRDefault="005E2FD8">
      <w:pPr>
        <w:spacing w:before="400" w:after="320"/>
        <w:jc w:val="center"/>
        <w:rPr>
          <w:color w:val="auto"/>
          <w:lang w:eastAsia="ko-KR"/>
        </w:rPr>
      </w:pPr>
      <w:r w:rsidRPr="009268B6">
        <w:rPr>
          <w:b/>
          <w:color w:val="auto"/>
          <w:sz w:val="22"/>
          <w:lang w:eastAsia="ko-KR"/>
        </w:rPr>
        <w:t>2026</w:t>
      </w:r>
      <w:r w:rsidRPr="009268B6">
        <w:rPr>
          <w:b/>
          <w:color w:val="auto"/>
          <w:sz w:val="22"/>
          <w:lang w:eastAsia="ko-KR"/>
        </w:rPr>
        <w:t>년</w:t>
      </w:r>
      <w:r w:rsidRPr="009268B6">
        <w:rPr>
          <w:b/>
          <w:color w:val="auto"/>
          <w:sz w:val="22"/>
          <w:lang w:eastAsia="ko-KR"/>
        </w:rPr>
        <w:t xml:space="preserve">   09</w:t>
      </w:r>
      <w:r w:rsidRPr="009268B6">
        <w:rPr>
          <w:b/>
          <w:color w:val="auto"/>
          <w:sz w:val="22"/>
          <w:lang w:eastAsia="ko-KR"/>
        </w:rPr>
        <w:t>월</w:t>
      </w:r>
      <w:r w:rsidRPr="009268B6">
        <w:rPr>
          <w:b/>
          <w:color w:val="auto"/>
          <w:sz w:val="22"/>
          <w:lang w:eastAsia="ko-KR"/>
        </w:rPr>
        <w:t xml:space="preserve">   0</w:t>
      </w:r>
      <w:r w:rsidR="00E804F6">
        <w:rPr>
          <w:rFonts w:eastAsia="맑은 고딕" w:hint="eastAsia"/>
          <w:b/>
          <w:color w:val="auto"/>
          <w:sz w:val="22"/>
          <w:lang w:eastAsia="ko-KR"/>
        </w:rPr>
        <w:t>1</w:t>
      </w:r>
      <w:r w:rsidRPr="009268B6">
        <w:rPr>
          <w:b/>
          <w:color w:val="auto"/>
          <w:sz w:val="22"/>
          <w:lang w:eastAsia="ko-KR"/>
        </w:rPr>
        <w:t>일</w:t>
      </w:r>
    </w:p>
    <w:p w14:paraId="2B1549EC" w14:textId="77777777" w:rsidR="00712D60" w:rsidRPr="009268B6" w:rsidRDefault="005E2FD8">
      <w:pPr>
        <w:spacing w:after="600"/>
        <w:jc w:val="right"/>
        <w:rPr>
          <w:color w:val="auto"/>
          <w:lang w:eastAsia="ko-KR"/>
        </w:rPr>
      </w:pPr>
      <w:r w:rsidRPr="009268B6">
        <w:rPr>
          <w:b/>
          <w:color w:val="auto"/>
          <w:sz w:val="22"/>
          <w:lang w:eastAsia="ko-KR"/>
        </w:rPr>
        <w:t>신청인</w:t>
      </w:r>
      <w:r w:rsidRPr="009268B6">
        <w:rPr>
          <w:b/>
          <w:color w:val="auto"/>
          <w:sz w:val="22"/>
          <w:lang w:eastAsia="ko-KR"/>
        </w:rPr>
        <w:t xml:space="preserve"> (</w:t>
      </w:r>
      <w:r w:rsidRPr="009268B6">
        <w:rPr>
          <w:b/>
          <w:color w:val="auto"/>
          <w:sz w:val="22"/>
          <w:lang w:eastAsia="ko-KR"/>
        </w:rPr>
        <w:t>교신저자</w:t>
      </w:r>
      <w:r w:rsidRPr="009268B6">
        <w:rPr>
          <w:b/>
          <w:color w:val="auto"/>
          <w:sz w:val="22"/>
          <w:lang w:eastAsia="ko-KR"/>
        </w:rPr>
        <w:t xml:space="preserve">):   </w:t>
      </w:r>
      <w:r w:rsidRPr="009268B6">
        <w:rPr>
          <w:b/>
          <w:color w:val="auto"/>
          <w:sz w:val="22"/>
          <w:lang w:eastAsia="ko-KR"/>
        </w:rPr>
        <w:t>홍</w:t>
      </w:r>
      <w:r w:rsidRPr="009268B6">
        <w:rPr>
          <w:b/>
          <w:color w:val="auto"/>
          <w:sz w:val="22"/>
          <w:lang w:eastAsia="ko-KR"/>
        </w:rPr>
        <w:t xml:space="preserve"> </w:t>
      </w:r>
      <w:r w:rsidRPr="009268B6">
        <w:rPr>
          <w:b/>
          <w:color w:val="auto"/>
          <w:sz w:val="22"/>
          <w:lang w:eastAsia="ko-KR"/>
        </w:rPr>
        <w:t>길</w:t>
      </w:r>
      <w:r w:rsidRPr="009268B6">
        <w:rPr>
          <w:b/>
          <w:color w:val="auto"/>
          <w:sz w:val="22"/>
          <w:lang w:eastAsia="ko-KR"/>
        </w:rPr>
        <w:t xml:space="preserve"> </w:t>
      </w:r>
      <w:r w:rsidRPr="009268B6">
        <w:rPr>
          <w:b/>
          <w:color w:val="auto"/>
          <w:sz w:val="22"/>
          <w:lang w:eastAsia="ko-KR"/>
        </w:rPr>
        <w:t>동</w:t>
      </w:r>
      <w:r w:rsidRPr="009268B6">
        <w:rPr>
          <w:b/>
          <w:color w:val="auto"/>
          <w:sz w:val="22"/>
          <w:lang w:eastAsia="ko-KR"/>
        </w:rPr>
        <w:t xml:space="preserve">   (</w:t>
      </w:r>
      <w:r w:rsidRPr="009268B6">
        <w:rPr>
          <w:b/>
          <w:color w:val="auto"/>
          <w:sz w:val="22"/>
          <w:lang w:eastAsia="ko-KR"/>
        </w:rPr>
        <w:t>인</w:t>
      </w:r>
      <w:r w:rsidRPr="009268B6">
        <w:rPr>
          <w:b/>
          <w:color w:val="auto"/>
          <w:sz w:val="22"/>
          <w:lang w:eastAsia="ko-KR"/>
        </w:rPr>
        <w:t xml:space="preserve"> </w:t>
      </w:r>
      <w:r w:rsidRPr="009268B6">
        <w:rPr>
          <w:b/>
          <w:color w:val="auto"/>
          <w:sz w:val="22"/>
          <w:lang w:eastAsia="ko-KR"/>
        </w:rPr>
        <w:t>또는</w:t>
      </w:r>
      <w:r w:rsidRPr="009268B6">
        <w:rPr>
          <w:b/>
          <w:color w:val="auto"/>
          <w:sz w:val="22"/>
          <w:lang w:eastAsia="ko-KR"/>
        </w:rPr>
        <w:t xml:space="preserve"> </w:t>
      </w:r>
      <w:r w:rsidRPr="009268B6">
        <w:rPr>
          <w:b/>
          <w:color w:val="auto"/>
          <w:sz w:val="22"/>
          <w:lang w:eastAsia="ko-KR"/>
        </w:rPr>
        <w:t>서명</w:t>
      </w:r>
      <w:r w:rsidRPr="009268B6">
        <w:rPr>
          <w:b/>
          <w:color w:val="auto"/>
          <w:sz w:val="22"/>
          <w:lang w:eastAsia="ko-KR"/>
        </w:rPr>
        <w:t xml:space="preserve">)    </w:t>
      </w:r>
    </w:p>
    <w:p w14:paraId="6AC1A964" w14:textId="761175CF" w:rsidR="00712D60" w:rsidRPr="009268B6" w:rsidRDefault="009268B6">
      <w:pPr>
        <w:spacing w:before="400" w:after="0"/>
        <w:jc w:val="center"/>
        <w:rPr>
          <w:color w:val="auto"/>
          <w:lang w:eastAsia="ko-KR"/>
        </w:rPr>
      </w:pPr>
      <w:r w:rsidRPr="009268B6">
        <w:rPr>
          <w:rFonts w:eastAsia="맑은 고딕" w:hint="eastAsia"/>
          <w:b/>
          <w:color w:val="auto"/>
          <w:sz w:val="28"/>
          <w:lang w:eastAsia="ko-KR"/>
        </w:rPr>
        <w:t>디지털경제사회연구</w:t>
      </w:r>
      <w:r w:rsidRPr="009268B6">
        <w:rPr>
          <w:b/>
          <w:color w:val="auto"/>
          <w:sz w:val="28"/>
          <w:lang w:eastAsia="ko-KR"/>
        </w:rPr>
        <w:t xml:space="preserve"> </w:t>
      </w:r>
      <w:r w:rsidRPr="009268B6">
        <w:rPr>
          <w:b/>
          <w:color w:val="auto"/>
          <w:sz w:val="28"/>
          <w:lang w:eastAsia="ko-KR"/>
        </w:rPr>
        <w:t>편집위원장</w:t>
      </w:r>
      <w:r w:rsidRPr="009268B6">
        <w:rPr>
          <w:b/>
          <w:color w:val="auto"/>
          <w:sz w:val="28"/>
          <w:lang w:eastAsia="ko-KR"/>
        </w:rPr>
        <w:t xml:space="preserve"> </w:t>
      </w:r>
      <w:r w:rsidRPr="009268B6">
        <w:rPr>
          <w:b/>
          <w:color w:val="auto"/>
          <w:sz w:val="28"/>
          <w:lang w:eastAsia="ko-KR"/>
        </w:rPr>
        <w:t>귀하</w:t>
      </w:r>
    </w:p>
    <w:sectPr w:rsidR="00712D60" w:rsidRPr="009268B6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D26AA"/>
    <w:rsid w:val="0029639D"/>
    <w:rsid w:val="00326F90"/>
    <w:rsid w:val="00335B98"/>
    <w:rsid w:val="00392309"/>
    <w:rsid w:val="005E2FD8"/>
    <w:rsid w:val="00684D90"/>
    <w:rsid w:val="00712D60"/>
    <w:rsid w:val="009268B6"/>
    <w:rsid w:val="00973F2D"/>
    <w:rsid w:val="00AA1D8D"/>
    <w:rsid w:val="00B47730"/>
    <w:rsid w:val="00CB0664"/>
    <w:rsid w:val="00E804F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C218E90"/>
  <w14:defaultImageDpi w14:val="300"/>
  <w15:docId w15:val="{020203F0-C2BF-4358-AC59-4D8055EDA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맑은 고딕" w:hAnsi="맑은 고딕"/>
      <w:color w:val="333333"/>
      <w:sz w:val="20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Hongjin Shim</dc:creator>
  <cp:keywords/>
  <dc:description>generated by python-docx</dc:description>
  <cp:lastModifiedBy>한유경</cp:lastModifiedBy>
  <cp:revision>3</cp:revision>
  <dcterms:created xsi:type="dcterms:W3CDTF">2026-09-03T08:55:00Z</dcterms:created>
  <dcterms:modified xsi:type="dcterms:W3CDTF">2026-09-30T07:44:00Z</dcterms:modified>
  <cp:category/>
</cp:coreProperties>
</file>